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5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355"/>
      </w:tblGrid>
      <w:tr>
        <w:tc>
          <w:tcPr>
            <w:tcW w:type="dxa" w:w="9355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  <w:jc w:val="right"/>
      </w:pPr>
      <w:r>
        <w:rPr>
          <w:b/>
          <w:i w:val="0"/>
          <w:sz w:val="22"/>
        </w:rPr>
        <w:t>Mia Beispiel</w:t>
      </w:r>
    </w:p>
    <w:p>
      <w:pPr>
        <w:spacing w:after="0"/>
        <w:jc w:val="right"/>
      </w:pPr>
      <w:r>
        <w:rPr>
          <w:b w:val="0"/>
          <w:i w:val="0"/>
          <w:sz w:val="19"/>
        </w:rPr>
        <w:t>[Straße Hausnummer]</w:t>
      </w:r>
    </w:p>
    <w:p>
      <w:pPr>
        <w:spacing w:after="0"/>
        <w:jc w:val="right"/>
      </w:pPr>
      <w:r>
        <w:rPr>
          <w:b w:val="0"/>
          <w:i w:val="0"/>
          <w:sz w:val="19"/>
        </w:rPr>
        <w:t>[PLZ Ort]</w:t>
      </w:r>
    </w:p>
    <w:p>
      <w:pPr>
        <w:spacing w:after="0"/>
        <w:jc w:val="right"/>
      </w:pPr>
      <w:r>
        <w:rPr>
          <w:b w:val="0"/>
          <w:i w:val="0"/>
          <w:sz w:val="19"/>
        </w:rPr>
        <w:t>[Telefonnummer]</w:t>
      </w:r>
    </w:p>
    <w:p>
      <w:pPr>
        <w:spacing w:after="0"/>
        <w:jc w:val="right"/>
      </w:pPr>
      <w:r>
        <w:rPr>
          <w:b w:val="0"/>
          <w:i w:val="0"/>
          <w:sz w:val="19"/>
        </w:rPr>
        <w:t>mia.beispiel@example.com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Beispielmarkt GmbH</w:t>
      </w:r>
    </w:p>
    <w:p>
      <w:pPr>
        <w:spacing w:after="0"/>
      </w:pPr>
      <w:r>
        <w:rPr>
          <w:b w:val="0"/>
          <w:i w:val="0"/>
        </w:rPr>
        <w:t>Herr [Vorname Nachname der Ansprechperson]</w:t>
      </w:r>
    </w:p>
    <w:p>
      <w:pPr>
        <w:spacing w:after="0"/>
      </w:pPr>
      <w:r>
        <w:rPr>
          <w:b w:val="0"/>
          <w:i w:val="0"/>
        </w:rPr>
        <w:t>[Straße Hausnummer]</w:t>
      </w:r>
    </w:p>
    <w:p>
      <w:pPr>
        <w:spacing w:after="0"/>
      </w:pPr>
      <w:r>
        <w:rPr>
          <w:b w:val="0"/>
          <w:i w:val="0"/>
        </w:rPr>
        <w:t>[PLZ Ort]</w:t>
      </w:r>
    </w:p>
    <w:p>
      <w:pPr>
        <w:spacing w:after="360" w:before="560"/>
        <w:jc w:val="right"/>
      </w:pPr>
      <w:r>
        <w:rPr>
          <w:b w:val="0"/>
          <w:i w:val="0"/>
        </w:rPr>
        <w:t>[Ort], [Datum]</w:t>
      </w:r>
    </w:p>
    <w:p>
      <w:pPr>
        <w:spacing w:after="280"/>
      </w:pPr>
      <w:r>
        <w:rPr>
          <w:b/>
          <w:i w:val="0"/>
        </w:rPr>
        <w:t>Bewerbung um einen Ausbildungsplatz als Kauffrau im Einzelhandel ab [Monat Jahr]</w:t>
      </w:r>
    </w:p>
    <w:p>
      <w:pPr>
        <w:spacing w:after="160"/>
      </w:pPr>
      <w:r>
        <w:rPr>
          <w:b w:val="0"/>
          <w:i w:val="0"/>
        </w:rPr>
        <w:t>Sehr geehrter Herr [Nachname],</w:t>
      </w:r>
    </w:p>
    <w:p>
      <w:pPr>
        <w:spacing w:after="160"/>
      </w:pPr>
      <w:r>
        <w:rPr>
          <w:b w:val="0"/>
          <w:i w:val="0"/>
        </w:rPr>
        <w:t>in meinem Schülerpraktikum in Ihrer Filiale in [Ort] habe ich gemerkt, wie gern ich Kundinnen und Kunden berate und dafür sorge, dass die Regale ordentlich aussehen. Deshalb bewerbe ich mich um einen Ausbildungsplatz als Kauffrau im Einzelhandel.</w:t>
      </w:r>
    </w:p>
    <w:p>
      <w:pPr>
        <w:spacing w:after="160"/>
      </w:pPr>
      <w:r>
        <w:rPr>
          <w:b w:val="0"/>
          <w:i w:val="0"/>
        </w:rPr>
        <w:t>Zurzeit besuche ich die zehnte Klasse der Realschule Beispielstadt und werde sie im Sommer [Jahr] mit der Mittleren Reife abschließen. Mathematik und Wirtschaft liegen mir, weil ich gern mit Zahlen arbeite und verstehen will, wie ein Geschäft funktioniert.</w:t>
      </w:r>
    </w:p>
    <w:p>
      <w:pPr>
        <w:spacing w:after="160"/>
      </w:pPr>
      <w:r>
        <w:rPr>
          <w:b w:val="0"/>
          <w:i w:val="0"/>
        </w:rPr>
        <w:t>Seit [Monat Jahr] trage ich jeden Samstag Zeitungen aus. Dabei habe ich gelernt, pünktlich und zuverlässig zu sein, auch wenn es regnet. Als Trainerhelferin in der Fußball-Jugend erkläre ich Kindern Übungen und bleibe ruhig, wenn es laut wird.</w:t>
      </w:r>
    </w:p>
    <w:p>
      <w:pPr>
        <w:spacing w:after="160"/>
      </w:pPr>
      <w:r>
        <w:rPr>
          <w:b w:val="0"/>
          <w:i w:val="0"/>
        </w:rPr>
        <w:t>[Warum genau dieser Betrieb: etwas, das du selbst erlebt oder auf der Karriereseite gelesen hast.]</w:t>
      </w:r>
    </w:p>
    <w:p>
      <w:pPr>
        <w:spacing w:after="160"/>
      </w:pPr>
      <w:r>
        <w:rPr>
          <w:b w:val="0"/>
          <w:i w:val="0"/>
        </w:rPr>
        <w:t>Ich freue mich, wenn ich mich bei Ihnen persönlich vorstellen darf. Gern komme ich auch zu einem Probetag.</w:t>
      </w:r>
    </w:p>
    <w:p>
      <w:pPr>
        <w:spacing w:after="520" w:before="120"/>
      </w:pPr>
      <w:r>
        <w:rPr>
          <w:b w:val="0"/>
          <w:i w:val="0"/>
        </w:rPr>
        <w:t>Mit freundlichen Grüßen</w:t>
      </w:r>
    </w:p>
    <w:p>
      <w:pPr>
        <w:spacing w:after="280"/>
      </w:pPr>
      <w:r>
        <w:rPr>
          <w:b w:val="0"/>
          <w:i w:val="0"/>
        </w:rPr>
        <w:t>Mia Beispiel</w:t>
      </w:r>
    </w:p>
    <w:p>
      <w:r>
        <w:rPr>
          <w:b w:val="0"/>
          <w:i w:val="0"/>
          <w:color w:val="6B6B66"/>
          <w:sz w:val="19"/>
        </w:rPr>
        <w:t>Anlagen: Lebenslauf, letzte zwei Zeugnisse, Praktikumsbescheinigung</w:t>
      </w:r>
    </w:p>
    <w:sectPr w:rsidR="00FC693F" w:rsidRPr="0006063C" w:rsidSect="00034616">
      <w:footerReference w:type="default" r:id="rId9"/>
      <w:pgSz w:w="11906" w:h="16838"/>
      <w:pgMar w:top="1020" w:right="1134" w:bottom="1304" w:left="1417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Vorlage Ausbildung</dc:title>
  <dc:subject>Anschreiben für die Bewerbung um einen Ausbildungsplatz, angelehnt an DIN 5008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