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Lena Beispiel</w:t>
      </w:r>
    </w:p>
    <w:p>
      <w:pPr>
        <w:spacing w:after="0"/>
        <w:jc w:val="right"/>
      </w:pPr>
      <w:r>
        <w:rPr>
          <w:b w:val="0"/>
          <w:i w:val="0"/>
          <w:sz w:val="19"/>
        </w:rPr>
        <w:t>[Straße Hausnummer]</w:t>
      </w:r>
    </w:p>
    <w:p>
      <w:pPr>
        <w:spacing w:after="0"/>
        <w:jc w:val="right"/>
      </w:pPr>
      <w:r>
        <w:rPr>
          <w:b w:val="0"/>
          <w:i w:val="0"/>
          <w:sz w:val="19"/>
        </w:rPr>
        <w:t>[PLZ Ort]</w:t>
      </w:r>
    </w:p>
    <w:p>
      <w:pPr>
        <w:spacing w:after="0"/>
        <w:jc w:val="right"/>
      </w:pPr>
      <w:r>
        <w:rPr>
          <w:b w:val="0"/>
          <w:i w:val="0"/>
          <w:sz w:val="19"/>
        </w:rPr>
        <w:t>[Telefonnummer]</w:t>
      </w:r>
    </w:p>
    <w:p>
      <w:pPr>
        <w:spacing w:after="0"/>
        <w:jc w:val="right"/>
      </w:pPr>
      <w:r>
        <w:rPr>
          <w:b w:val="0"/>
          <w:i w:val="0"/>
          <w:sz w:val="19"/>
        </w:rPr>
        <w:t>lena.beispiel@example.com</w:t>
      </w:r>
    </w:p>
    <w:p>
      <w:pPr>
        <w:spacing w:after="360"/>
      </w:pPr>
    </w:p>
    <w:p>
      <w:pPr>
        <w:spacing w:after="0"/>
      </w:pPr>
      <w:r>
        <w:rPr>
          <w:b w:val="0"/>
          <w:i w:val="0"/>
        </w:rPr>
        <w:t>Musterwerk AG</w:t>
      </w:r>
    </w:p>
    <w:p>
      <w:pPr>
        <w:spacing w:after="0"/>
      </w:pPr>
      <w:r>
        <w:rPr>
          <w:b w:val="0"/>
          <w:i w:val="0"/>
        </w:rPr>
        <w:t>Frau [Vorname Nachname der Ansprechperson]</w:t>
      </w:r>
    </w:p>
    <w:p>
      <w:pPr>
        <w:spacing w:after="0"/>
      </w:pPr>
      <w:r>
        <w:rPr>
          <w:b w:val="0"/>
          <w:i w:val="0"/>
        </w:rPr>
        <w:t>[Straße Hausnummer]</w:t>
      </w:r>
    </w:p>
    <w:p>
      <w:pPr>
        <w:spacing w:after="0"/>
      </w:pPr>
      <w:r>
        <w:rPr>
          <w:b w:val="0"/>
          <w:i w:val="0"/>
        </w:rPr>
        <w:t>[PLZ Ort]</w:t>
      </w:r>
    </w:p>
    <w:p>
      <w:pPr>
        <w:spacing w:after="360" w:before="560"/>
        <w:jc w:val="right"/>
      </w:pPr>
      <w:r>
        <w:rPr>
          <w:b w:val="0"/>
          <w:i w:val="0"/>
        </w:rPr>
        <w:t>[Ort], [Datum]</w:t>
      </w:r>
    </w:p>
    <w:p>
      <w:pPr>
        <w:spacing w:after="280"/>
      </w:pPr>
      <w:r>
        <w:rPr>
          <w:b/>
          <w:i w:val="0"/>
        </w:rPr>
        <w:t>Bewerbung als Teamleiterin Auftragsabwicklung, Kennziffer [Kennziffer]</w:t>
      </w:r>
    </w:p>
    <w:p>
      <w:pPr>
        <w:spacing w:after="160"/>
      </w:pPr>
      <w:r>
        <w:rPr>
          <w:b w:val="0"/>
          <w:i w:val="0"/>
        </w:rPr>
        <w:t>Sehr geehrte Frau [Nachname],</w:t>
      </w:r>
    </w:p>
    <w:p>
      <w:pPr>
        <w:spacing w:after="160"/>
      </w:pPr>
      <w:r>
        <w:rPr>
          <w:b w:val="0"/>
          <w:i w:val="0"/>
        </w:rPr>
        <w:t>seit drei Jahren sorge ich in der Auftragsabwicklung dafür, dass Bestellungen vollständig, pünktlich und ohne Rückfragen beim Kunden ankommen. In Ihrer Anzeige suchen Sie jemanden, der genau diese Abläufe künftig für ein Team verantwortet. Das möchte ich bei Ihnen übernehmen.</w:t>
      </w:r>
    </w:p>
    <w:p>
      <w:pPr>
        <w:spacing w:after="160"/>
      </w:pPr>
      <w:r>
        <w:rPr>
          <w:b w:val="0"/>
          <w:i w:val="0"/>
        </w:rPr>
        <w:t>Bei der Beispiel Logistik GmbH bearbeite ich Aufträge vom Eingang bis zur Rechnung und kläre Liefertermine mit Lager und Spedition. Als im letzten Jahr ein neues Warenwirtschaftssystem eingeführt wurde, habe ich als Key-Userin die Tests begleitet und anschließend [Anzahl] Kolleginnen und Kollegen eingearbeitet. [Ein weiteres Beispiel, das eine Anforderung aus der Anzeige belegt.]</w:t>
      </w:r>
    </w:p>
    <w:p>
      <w:pPr>
        <w:spacing w:after="160"/>
      </w:pPr>
      <w:r>
        <w:rPr>
          <w:b w:val="0"/>
          <w:i w:val="0"/>
        </w:rPr>
        <w:t>Mit [Anforderung aus der Anzeige, die du noch nicht erfüllst] habe ich bisher wenig gearbeitet. [Was du Vergleichbares mitbringst oder wie du dich einarbeitest.]</w:t>
      </w:r>
    </w:p>
    <w:p>
      <w:pPr>
        <w:spacing w:after="160"/>
      </w:pPr>
      <w:r>
        <w:rPr>
          <w:b w:val="0"/>
          <w:i w:val="0"/>
        </w:rPr>
        <w:t>Ich kann die Stelle zum [Eintrittsdatum] antreten. [Gehaltsvorstellung nur, wenn die Anzeige danach fragt.] Ich freue mich darauf, Ihnen im Gespräch mehr darüber zu erzählen, wie ich Ihr Team unterstützen kann.</w:t>
      </w:r>
    </w:p>
    <w:p>
      <w:pPr>
        <w:spacing w:after="520" w:before="120"/>
      </w:pPr>
      <w:r>
        <w:rPr>
          <w:b w:val="0"/>
          <w:i w:val="0"/>
        </w:rPr>
        <w:t>Mit freundlichen Grüßen</w:t>
      </w:r>
    </w:p>
    <w:p>
      <w:pPr>
        <w:spacing w:after="280"/>
      </w:pPr>
      <w:r>
        <w:rPr>
          <w:b w:val="0"/>
          <w:i w:val="0"/>
        </w:rPr>
        <w:t>Lena Beispiel</w:t>
      </w:r>
    </w:p>
    <w:p>
      <w:r>
        <w:rPr>
          <w:b w:val="0"/>
          <w:i w:val="0"/>
          <w:color w:val="6B6B66"/>
          <w:sz w:val="19"/>
        </w:rPr>
        <w:t>Anlagen: Lebenslauf, Zeugnisse</w:t>
      </w:r>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dc:title>
  <dc:subject>Anschreiben für Berufserfahrene,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