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dxa" w:w="9356"/>
        <w:tblBorders>
          <w:top w:val="nil"/>
          <w:left w:val="nil"/>
          <w:bottom w:val="nil"/>
          <w:right w:val="nil"/>
          <w:insideH w:val="nil"/>
          <w:insideV w:val="nil"/>
        </w:tblBorders>
        <w:tblLayout w:type="fixed"/>
        <w:tblLook w:firstColumn="1" w:firstRow="1" w:lastColumn="0" w:lastRow="0" w:noHBand="0" w:noVBand="1" w:val="04A0"/>
      </w:tblPr>
      <w:tblGrid>
        <w:gridCol w:w="9355"/>
      </w:tblGrid>
      <w:tr>
        <w:tc>
          <w:tcPr>
            <w:tcW w:type="dxa" w:w="9355"/>
            <w:shd w:val="clear" w:color="auto" w:fill="F2F1EC"/>
          </w:tcPr>
          <w:p>
            <w:r/>
            <w:r>
              <w:rPr>
                <w:i/>
                <w:color w:val="6B6B66"/>
                <w:sz w:val="17"/>
              </w:rPr>
              <w:t>Beispiel: Alle Angaben in dieser Vorlage sind erfunden. Ersetze die Texte und die Angaben in [eckigen Klammern] durch deine eigenen und lösche diesen Hinweis.</w:t>
            </w:r>
          </w:p>
        </w:tc>
      </w:tr>
    </w:tbl>
    <w:p>
      <w:pPr>
        <w:spacing w:after="40"/>
      </w:pPr>
    </w:p>
    <w:p>
      <w:pPr>
        <w:spacing w:after="0"/>
        <w:jc w:val="right"/>
      </w:pPr>
      <w:r>
        <w:rPr>
          <w:b/>
          <w:i w:val="0"/>
          <w:sz w:val="22"/>
        </w:rPr>
        <w:t>Fatma Beispiel</w:t>
      </w:r>
    </w:p>
    <w:p>
      <w:pPr>
        <w:spacing w:after="0"/>
        <w:jc w:val="right"/>
      </w:pPr>
      <w:r>
        <w:rPr>
          <w:b w:val="0"/>
          <w:i w:val="0"/>
          <w:sz w:val="19"/>
        </w:rPr>
        <w:t>[Straße Hausnummer]</w:t>
      </w:r>
    </w:p>
    <w:p>
      <w:pPr>
        <w:spacing w:after="0"/>
        <w:jc w:val="right"/>
      </w:pPr>
      <w:r>
        <w:rPr>
          <w:b w:val="0"/>
          <w:i w:val="0"/>
          <w:sz w:val="19"/>
        </w:rPr>
        <w:t>[PLZ] Bielefeld</w:t>
      </w:r>
    </w:p>
    <w:p>
      <w:pPr>
        <w:spacing w:after="0"/>
        <w:jc w:val="right"/>
      </w:pPr>
      <w:r>
        <w:rPr>
          <w:b w:val="0"/>
          <w:i w:val="0"/>
          <w:sz w:val="19"/>
        </w:rPr>
        <w:t>[Telefonnummer]</w:t>
      </w:r>
    </w:p>
    <w:p>
      <w:pPr>
        <w:spacing w:after="0"/>
        <w:jc w:val="right"/>
      </w:pPr>
      <w:r>
        <w:rPr>
          <w:b w:val="0"/>
          <w:i w:val="0"/>
          <w:sz w:val="19"/>
        </w:rPr>
        <w:t>fatma.beispiel@example.com</w:t>
      </w:r>
    </w:p>
    <w:p>
      <w:pPr>
        <w:spacing w:after="360"/>
      </w:pPr>
    </w:p>
    <w:p>
      <w:pPr>
        <w:spacing w:after="0"/>
      </w:pPr>
      <w:r>
        <w:rPr>
          <w:b w:val="0"/>
          <w:i w:val="0"/>
        </w:rPr>
        <w:t>Musterstift Altenhilfe gGmbH</w:t>
      </w:r>
    </w:p>
    <w:p>
      <w:pPr>
        <w:spacing w:after="0"/>
      </w:pPr>
      <w:r>
        <w:rPr>
          <w:b w:val="0"/>
          <w:i w:val="0"/>
        </w:rPr>
        <w:t>Frau Beispiel, Pflegedienstleitung</w:t>
      </w:r>
    </w:p>
    <w:p>
      <w:pPr>
        <w:spacing w:after="0"/>
      </w:pPr>
      <w:r>
        <w:rPr>
          <w:b w:val="0"/>
          <w:i w:val="0"/>
        </w:rPr>
        <w:t>[Straße Hausnummer]</w:t>
      </w:r>
    </w:p>
    <w:p>
      <w:pPr>
        <w:spacing w:after="0"/>
      </w:pPr>
      <w:r>
        <w:rPr>
          <w:b w:val="0"/>
          <w:i w:val="0"/>
        </w:rPr>
        <w:t>33602 Bielefeld</w:t>
      </w:r>
    </w:p>
    <w:p>
      <w:pPr>
        <w:spacing w:after="360" w:before="560"/>
        <w:jc w:val="right"/>
      </w:pPr>
      <w:r>
        <w:rPr>
          <w:b w:val="0"/>
          <w:i w:val="0"/>
        </w:rPr>
        <w:t>[Ort], [Datum]</w:t>
      </w:r>
    </w:p>
    <w:p>
      <w:pPr>
        <w:spacing w:after="280"/>
      </w:pPr>
      <w:r>
        <w:rPr>
          <w:b/>
          <w:i w:val="0"/>
        </w:rPr>
        <w:t>Bewerbung als Altenpflegehelferin mit Ausbildungsziel Pflegefachfrau</w:t>
      </w:r>
    </w:p>
    <w:p>
      <w:pPr>
        <w:spacing w:after="160"/>
      </w:pPr>
      <w:r>
        <w:rPr>
          <w:b w:val="0"/>
          <w:i w:val="0"/>
        </w:rPr>
        <w:t>Sehr geehrte Frau Beispiel,</w:t>
      </w:r>
    </w:p>
    <w:p>
      <w:pPr>
        <w:spacing w:after="160"/>
      </w:pPr>
      <w:r>
        <w:rPr>
          <w:b w:val="0"/>
          <w:i w:val="0"/>
        </w:rPr>
        <w:t>seit vier Jahren arbeite ich in einem Wohnbereich für Menschen mit Demenz. Mir gefällt, dass dort kleine Dinge viel bewirken: ein vertrautes Lied am Abend, ein ruhiger Ton beim Waschen. In Ihrer Anzeige lese ich, dass Sie Altenpflegehelferinnen suchen und die Ausbildung zur Pflegefachfrau berufsbegleitend fördern. Genau das wünsche ich mir.</w:t>
      </w:r>
    </w:p>
    <w:p>
      <w:pPr>
        <w:spacing w:after="160"/>
      </w:pPr>
      <w:r>
        <w:rPr>
          <w:b w:val="0"/>
          <w:i w:val="0"/>
        </w:rPr>
        <w:t>In der Musterhaus Seniorenresidenz unterstütze ich Bewohnerinnen und Bewohner bei Körperpflege, Mobilisation und Mahlzeiten. Ich messe Vitalzeichen nach Anleitung und dokumentiere meine Beobachtungen am Tablet. Vorher war ich anderthalb Jahre in der ambulanten Pflege und bin dort eigene Touren gefahren.</w:t>
      </w:r>
    </w:p>
    <w:p>
      <w:pPr>
        <w:spacing w:after="160"/>
      </w:pPr>
      <w:r>
        <w:rPr>
          <w:b w:val="0"/>
          <w:i w:val="0"/>
        </w:rPr>
        <w:t>Nachtdienste habe ich bisher nicht übernommen. Ich bin bereit, sie nach einer Einarbeitung mit einer erfahrenen Kollegin zu lernen. Früh- und Spätdienste sowie Wochenenden kenne ich gut.</w:t>
      </w:r>
    </w:p>
    <w:p>
      <w:pPr>
        <w:spacing w:after="160"/>
      </w:pPr>
      <w:r>
        <w:rPr>
          <w:b w:val="0"/>
          <w:i w:val="0"/>
          <w:color w:val="6B6B66"/>
        </w:rPr>
        <w:t>[Ersetze die Beispiele durch eigene, die Anforderungen aus deiner Anzeige belegen.]</w:t>
      </w:r>
    </w:p>
    <w:p>
      <w:pPr>
        <w:spacing w:after="160"/>
      </w:pPr>
      <w:r>
        <w:rPr>
          <w:b w:val="0"/>
          <w:i w:val="0"/>
        </w:rPr>
        <w:t>Ich kann zum 1. Dezember 2026 beginnen. Gern komme ich zu einem Probetag in Ihren Wohnbereich. Ich freue mich auf Ihre Antwort.</w:t>
      </w:r>
    </w:p>
    <w:p>
      <w:pPr>
        <w:spacing w:after="520" w:before="120"/>
      </w:pPr>
      <w:r>
        <w:rPr>
          <w:b w:val="0"/>
          <w:i w:val="0"/>
        </w:rPr>
        <w:t>Mit freundlichen Grüßen</w:t>
      </w:r>
    </w:p>
    <w:p>
      <w:pPr>
        <w:spacing w:after="280"/>
      </w:pPr>
      <w:r>
        <w:rPr>
          <w:b w:val="0"/>
          <w:i w:val="0"/>
        </w:rPr>
        <w:t>Fatma Beispiel</w:t>
      </w:r>
    </w:p>
    <w:p>
      <w:r>
        <w:rPr>
          <w:b w:val="0"/>
          <w:i w:val="0"/>
          <w:color w:val="6B6B66"/>
          <w:sz w:val="19"/>
        </w:rPr>
        <w:t>Anlagen: Lebenslauf, Abschlusszeugnis Altenpflegehilfe, Arbeitszeugnisse, Nachweis Erste Hilfe</w:t>
      </w:r>
    </w:p>
    <w:p>
      <w:pPr>
        <w:spacing w:before="360"/>
      </w:pPr>
      <w:r>
        <w:rPr>
          <w:b w:val="0"/>
          <w:i w:val="0"/>
          <w:color w:val="6B6B66"/>
          <w:sz w:val="17"/>
        </w:rPr>
        <w:t xml:space="preserve">Dieses Anschreiben in 32 Designs gestalten und mit dem KI-Coach an deine Stelle anpassen: </w:t>
      </w:r>
      <w:hyperlink r:id="rId10">
        <w:r>
          <w:rPr>
            <w:color w:val="6B6B66"/>
            <w:sz w:val="17"/>
            <w:u w:val="single"/>
          </w:rPr>
          <w:t>hirezard.com/vorlagen/berufe/altenpflegehelfer</w:t>
        </w:r>
      </w:hyperlink>
    </w:p>
    <w:sectPr w:rsidR="00FC693F" w:rsidRPr="0006063C" w:rsidSect="00034616">
      <w:footerReference w:type="default" r:id="rId9"/>
      <w:pgSz w:w="11906" w:h="16838"/>
      <w:pgMar w:top="1020" w:right="1134" w:bottom="1304" w:left="1417" w:header="720" w:footer="56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6B6B66"/>
        <w:sz w:val="16"/>
      </w:rPr>
      <w:t xml:space="preserve">Vorlage von hirezard.com · Schneller geht es mit Hirezard: </w:t>
    </w:r>
    <w:hyperlink r:id="rId1">
      <w:r>
        <w:rPr>
          <w:color w:val="6B6B66"/>
          <w:sz w:val="16"/>
          <w:u w:val="single"/>
        </w:rPr>
        <w:t>hirezard.com</w:t>
      </w:r>
    </w:hyperlink>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76" w:lineRule="auto"/>
    </w:pPr>
    <w:rPr>
      <w:rFonts w:ascii="Arial" w:hAnsi="Arial" w:eastAsia="Arial"/>
      <w:color w:val="1A1A18"/>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hirezard.com/vorlagen/berufe/altenpflegehelfer"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https://hirezard.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Anschreiben Vorlage Altenpflegehelfer/in</dc:title>
  <dc:subject>Anschreiben Altenpflegehelfer/in, Beispiel mit Platzhaltern, angelehnt an DIN 5008</dc:subject>
  <dc:creator>hirezard.com</dc:creator>
  <cp:keywords>Vorlage, Bewerbung, hirezard.com</cp:keywords>
  <dc:description>Vorlage von hirezard.com. Schneller geht es mit Hirezard: Lebenslauf und Anschreiben mit dem KI-Coach erstellen, in 32 Designs, auf hirezard.com</dc:description>
  <cp:lastModifiedBy>hirezard.com</cp:lastModifiedBy>
  <cp:revision>1</cp:revision>
  <dcterms:created xsi:type="dcterms:W3CDTF">2026-10-21T09:00:00Z</dcterms:created>
  <dcterms:modified xsi:type="dcterms:W3CDTF">2026-10-21T09:00:00Z</dcterms:modified>
  <cp:category>Bewerbungsvorlage</cp:category>
  <dc:language>de-DE</dc:language>
</cp:coreProperties>
</file>