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Patrick Beispiel</w:t>
      </w:r>
    </w:p>
    <w:p>
      <w:pPr>
        <w:spacing w:after="0"/>
        <w:jc w:val="right"/>
      </w:pPr>
      <w:r>
        <w:rPr>
          <w:b w:val="0"/>
          <w:i w:val="0"/>
          <w:sz w:val="19"/>
        </w:rPr>
        <w:t>[Straße Hausnummer]</w:t>
      </w:r>
    </w:p>
    <w:p>
      <w:pPr>
        <w:spacing w:after="0"/>
        <w:jc w:val="right"/>
      </w:pPr>
      <w:r>
        <w:rPr>
          <w:b w:val="0"/>
          <w:i w:val="0"/>
          <w:sz w:val="19"/>
        </w:rPr>
        <w:t>[PLZ] Regensburg</w:t>
      </w:r>
    </w:p>
    <w:p>
      <w:pPr>
        <w:spacing w:after="0"/>
        <w:jc w:val="right"/>
      </w:pPr>
      <w:r>
        <w:rPr>
          <w:b w:val="0"/>
          <w:i w:val="0"/>
          <w:sz w:val="19"/>
        </w:rPr>
        <w:t>[Telefonnummer]</w:t>
      </w:r>
    </w:p>
    <w:p>
      <w:pPr>
        <w:spacing w:after="0"/>
        <w:jc w:val="right"/>
      </w:pPr>
      <w:r>
        <w:rPr>
          <w:b w:val="0"/>
          <w:i w:val="0"/>
          <w:sz w:val="19"/>
        </w:rPr>
        <w:t>patrick.beispiel@example.com</w:t>
      </w:r>
    </w:p>
    <w:p>
      <w:pPr>
        <w:spacing w:after="360"/>
      </w:pPr>
    </w:p>
    <w:p>
      <w:pPr>
        <w:spacing w:after="0"/>
      </w:pPr>
      <w:r>
        <w:rPr>
          <w:b w:val="0"/>
          <w:i w:val="0"/>
        </w:rPr>
        <w:t>Muster Wärme und Bad GmbH</w:t>
      </w:r>
    </w:p>
    <w:p>
      <w:pPr>
        <w:spacing w:after="0"/>
      </w:pPr>
      <w:r>
        <w:rPr>
          <w:b w:val="0"/>
          <w:i w:val="0"/>
        </w:rPr>
        <w:t>Frau Beispiel</w:t>
      </w:r>
    </w:p>
    <w:p>
      <w:pPr>
        <w:spacing w:after="0"/>
      </w:pPr>
      <w:r>
        <w:rPr>
          <w:b w:val="0"/>
          <w:i w:val="0"/>
        </w:rPr>
        <w:t>[Straße Hausnummer]</w:t>
      </w:r>
    </w:p>
    <w:p>
      <w:pPr>
        <w:spacing w:after="0"/>
      </w:pPr>
      <w:r>
        <w:rPr>
          <w:b w:val="0"/>
          <w:i w:val="0"/>
        </w:rPr>
        <w:t>93047 Regensburg</w:t>
      </w:r>
    </w:p>
    <w:p>
      <w:pPr>
        <w:spacing w:after="360" w:before="560"/>
        <w:jc w:val="right"/>
      </w:pPr>
      <w:r>
        <w:rPr>
          <w:b w:val="0"/>
          <w:i w:val="0"/>
        </w:rPr>
        <w:t>[Ort], [Datum]</w:t>
      </w:r>
    </w:p>
    <w:p>
      <w:pPr>
        <w:spacing w:after="280"/>
      </w:pPr>
      <w:r>
        <w:rPr>
          <w:b/>
          <w:i w:val="0"/>
        </w:rPr>
        <w:t>Bewerbung als Anlagenmechaniker SHK für den Bereich Wärmepumpen</w:t>
      </w:r>
    </w:p>
    <w:p>
      <w:pPr>
        <w:spacing w:after="160"/>
      </w:pPr>
      <w:r>
        <w:rPr>
          <w:b w:val="0"/>
          <w:i w:val="0"/>
        </w:rPr>
        <w:t>Sehr geehrte Frau Beispiel,</w:t>
      </w:r>
    </w:p>
    <w:p>
      <w:pPr>
        <w:spacing w:after="160"/>
      </w:pPr>
      <w:r>
        <w:rPr>
          <w:b w:val="0"/>
          <w:i w:val="0"/>
        </w:rPr>
        <w:t>für Ihr wachsendes Team im Bereich Wärmepumpen suchen Sie einen Anlagenmechaniker, der Anlagen selbstständig einbaut und in Betrieb nimmt. Das mache ich seit drei Jahren in Bestandsgebäuden, in denen alte Öl- und Gasheizungen ersetzt werden.</w:t>
      </w:r>
    </w:p>
    <w:p>
      <w:pPr>
        <w:spacing w:after="160"/>
      </w:pPr>
      <w:r>
        <w:rPr>
          <w:b w:val="0"/>
          <w:i w:val="0"/>
        </w:rPr>
        <w:t>Bei der Haustechnik Beispiel GmbH stelle ich Luft-Wasser-Wärmepumpen auf, schließe sie hydraulisch an, nehme sie in Betrieb und führe den hydraulischen Abgleich durch. Die Sachkunde für Kältemittel habe ich 2023 erworben. Im Kundendienst warte ich außerdem Gasbrennwertgeräte und erkläre Kundinnen und Kunden, wie sie ihre neue Anlage am besten nutzen.</w:t>
      </w:r>
    </w:p>
    <w:p>
      <w:pPr>
        <w:spacing w:after="160"/>
      </w:pPr>
      <w:r>
        <w:rPr>
          <w:b w:val="0"/>
          <w:i w:val="0"/>
        </w:rPr>
        <w:t>Sie erwähnen auch Lüftungsanlagen mit Wärmerückgewinnung. Hier habe ich bisher nur bei der Montage geholfen. Die Einregulierung möchte ich bei Ihnen lernen und würde dafür gern eine Schulung besuchen.</w:t>
      </w:r>
    </w:p>
    <w:p>
      <w:pPr>
        <w:spacing w:after="160"/>
      </w:pPr>
      <w:r>
        <w:rPr>
          <w:b w:val="0"/>
          <w:i w:val="0"/>
          <w:color w:val="6B6B66"/>
        </w:rPr>
        <w:t>[Ersetze die Beispiele durch eigene, die Anforderungen aus deiner Anzeige belegen.]</w:t>
      </w:r>
    </w:p>
    <w:p>
      <w:pPr>
        <w:spacing w:after="160"/>
      </w:pPr>
      <w:r>
        <w:rPr>
          <w:b w:val="0"/>
          <w:i w:val="0"/>
        </w:rPr>
        <w:t>Ich kann zum 1. März 2027 bei Ihnen beginnen und übernehme auch weiterhin Notdienst. Über eine Einladung zum Gespräch oder Probetag freue ich mich.</w:t>
      </w:r>
    </w:p>
    <w:p>
      <w:pPr>
        <w:spacing w:after="520" w:before="120"/>
      </w:pPr>
      <w:r>
        <w:rPr>
          <w:b w:val="0"/>
          <w:i w:val="0"/>
        </w:rPr>
        <w:t>Mit freundlichen Grüßen</w:t>
      </w:r>
    </w:p>
    <w:p>
      <w:pPr>
        <w:spacing w:after="280"/>
      </w:pPr>
      <w:r>
        <w:rPr>
          <w:b w:val="0"/>
          <w:i w:val="0"/>
        </w:rPr>
        <w:t>Patrick Beispiel</w:t>
      </w:r>
    </w:p>
    <w:p>
      <w:r>
        <w:rPr>
          <w:b w:val="0"/>
          <w:i w:val="0"/>
          <w:color w:val="6B6B66"/>
          <w:sz w:val="19"/>
        </w:rPr>
        <w:t>Anlagen: Lebenslauf, Gesellenbrief, Arbeitszeugnis, Sachkundenachweis Kältemittel</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hirezard.com/vorlagen/berufe/anlagenmechaniker-shk</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anlagenmechaniker-sh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Anlagenmechaniker/in SHK</dc:title>
  <dc:subject>Anschreiben Anlagenmechaniker/in SHK,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