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Sarah Beispiel</w:t>
      </w:r>
    </w:p>
    <w:p>
      <w:pPr>
        <w:spacing w:after="0"/>
        <w:jc w:val="right"/>
      </w:pPr>
      <w:r>
        <w:rPr>
          <w:b w:val="0"/>
          <w:i w:val="0"/>
          <w:sz w:val="19"/>
        </w:rPr>
        <w:t>[Straße Hausnummer]</w:t>
      </w:r>
    </w:p>
    <w:p>
      <w:pPr>
        <w:spacing w:after="0"/>
        <w:jc w:val="right"/>
      </w:pPr>
      <w:r>
        <w:rPr>
          <w:b w:val="0"/>
          <w:i w:val="0"/>
          <w:sz w:val="19"/>
        </w:rPr>
        <w:t>[PLZ] Hannover</w:t>
      </w:r>
    </w:p>
    <w:p>
      <w:pPr>
        <w:spacing w:after="0"/>
        <w:jc w:val="right"/>
      </w:pPr>
      <w:r>
        <w:rPr>
          <w:b w:val="0"/>
          <w:i w:val="0"/>
          <w:sz w:val="19"/>
        </w:rPr>
        <w:t>[Telefonnummer]</w:t>
      </w:r>
    </w:p>
    <w:p>
      <w:pPr>
        <w:spacing w:after="0"/>
        <w:jc w:val="right"/>
      </w:pPr>
      <w:r>
        <w:rPr>
          <w:b w:val="0"/>
          <w:i w:val="0"/>
          <w:sz w:val="19"/>
        </w:rPr>
        <w:t>sarah.beispiel@example.com</w:t>
      </w:r>
    </w:p>
    <w:p>
      <w:pPr>
        <w:spacing w:after="360"/>
      </w:pPr>
    </w:p>
    <w:p>
      <w:pPr>
        <w:spacing w:after="0"/>
      </w:pPr>
      <w:r>
        <w:rPr>
          <w:b w:val="0"/>
          <w:i w:val="0"/>
        </w:rPr>
        <w:t>Musterbank eG</w:t>
      </w:r>
    </w:p>
    <w:p>
      <w:pPr>
        <w:spacing w:after="0"/>
      </w:pPr>
      <w:r>
        <w:rPr>
          <w:b w:val="0"/>
          <w:i w:val="0"/>
        </w:rPr>
        <w:t>Herr Beispiel</w:t>
      </w:r>
    </w:p>
    <w:p>
      <w:pPr>
        <w:spacing w:after="0"/>
      </w:pPr>
      <w:r>
        <w:rPr>
          <w:b w:val="0"/>
          <w:i w:val="0"/>
        </w:rPr>
        <w:t>[Straße Hausnummer]</w:t>
      </w:r>
    </w:p>
    <w:p>
      <w:pPr>
        <w:spacing w:after="0"/>
      </w:pPr>
      <w:r>
        <w:rPr>
          <w:b w:val="0"/>
          <w:i w:val="0"/>
        </w:rPr>
        <w:t>30159 Hannover</w:t>
      </w:r>
    </w:p>
    <w:p>
      <w:pPr>
        <w:spacing w:after="360" w:before="560"/>
        <w:jc w:val="right"/>
      </w:pPr>
      <w:r>
        <w:rPr>
          <w:b w:val="0"/>
          <w:i w:val="0"/>
        </w:rPr>
        <w:t>[Ort], [Datum]</w:t>
      </w:r>
    </w:p>
    <w:p>
      <w:pPr>
        <w:spacing w:after="280"/>
      </w:pPr>
      <w:r>
        <w:rPr>
          <w:b/>
          <w:i w:val="0"/>
        </w:rPr>
        <w:t>Bewerbung als Beraterin Baufinanzierung</w:t>
      </w:r>
    </w:p>
    <w:p>
      <w:pPr>
        <w:spacing w:after="160"/>
      </w:pPr>
      <w:r>
        <w:rPr>
          <w:b w:val="0"/>
          <w:i w:val="0"/>
        </w:rPr>
        <w:t>Sehr geehrter Herr Beispiel,</w:t>
      </w:r>
    </w:p>
    <w:p>
      <w:pPr>
        <w:spacing w:after="160"/>
      </w:pPr>
      <w:r>
        <w:rPr>
          <w:b w:val="0"/>
          <w:i w:val="0"/>
        </w:rPr>
        <w:t>in den letzten zwei Jahren habe ich in der Privatkundenberatung immer mehr Baufinanzierungen mit vorbereitet. Diese Gespräche, in denen Menschen eine große Entscheidung treffen, sind für mich der spannendste Teil meiner Arbeit. Deshalb bewerbe ich mich bei Ihnen als Beraterin für Baufinanzierung.</w:t>
      </w:r>
    </w:p>
    <w:p>
      <w:pPr>
        <w:spacing w:after="160"/>
      </w:pPr>
      <w:r>
        <w:rPr>
          <w:b w:val="0"/>
          <w:i w:val="0"/>
        </w:rPr>
        <w:t>Bei der Beispiel Sparkasse betreue ich einen festen Kundenstamm und berate zu Konten, Sparen, Fonds und Konsumentenkrediten. Bei Finanzierungswünschen kläre ich im ersten Gespräch Budget, Eigenkapital und Unterlagen, prüfe die Vollständigkeit und bereite den Fall für den Fachberater auf. Die Sachkundeschulung für Immobiliar-Verbraucherdarlehen habe ich 2024 abgeschlossen.</w:t>
      </w:r>
    </w:p>
    <w:p>
      <w:pPr>
        <w:spacing w:after="160"/>
      </w:pPr>
      <w:r>
        <w:rPr>
          <w:b w:val="0"/>
          <w:i w:val="0"/>
        </w:rPr>
        <w:t>Eigene Finanzierungen bis zur Kreditentscheidung habe ich noch nicht allein verantwortet. Ich kenne die Abläufe aber aus der Vorbereitung und aus meiner Ausbildungsstation in der Marktfolge Kredit. Parallel mache ich die Weiterbildung zur Sparkassenfachwirtin.</w:t>
      </w:r>
    </w:p>
    <w:p>
      <w:pPr>
        <w:spacing w:after="160"/>
      </w:pPr>
      <w:r>
        <w:rPr>
          <w:b w:val="0"/>
          <w:i w:val="0"/>
          <w:color w:val="6B6B66"/>
        </w:rPr>
        <w:t>[Ersetze die Beispiele durch eigene, die Anforderungen aus deiner Anzeige belegen.]</w:t>
      </w:r>
    </w:p>
    <w:p>
      <w:pPr>
        <w:spacing w:after="160"/>
      </w:pPr>
      <w:r>
        <w:rPr>
          <w:b w:val="0"/>
          <w:i w:val="0"/>
        </w:rPr>
        <w:t>Ihr Haus arbeitet mit agree21, ich bisher mit OSPlus. Die Umstellung traue ich mir zu. Ich kann zum 1. April 2027 beginnen und freue mich auf ein persönliches Gespräch.</w:t>
      </w:r>
    </w:p>
    <w:p>
      <w:pPr>
        <w:spacing w:after="520" w:before="120"/>
      </w:pPr>
      <w:r>
        <w:rPr>
          <w:b w:val="0"/>
          <w:i w:val="0"/>
        </w:rPr>
        <w:t>Mit freundlichen Grüßen</w:t>
      </w:r>
    </w:p>
    <w:p>
      <w:pPr>
        <w:spacing w:after="280"/>
      </w:pPr>
      <w:r>
        <w:rPr>
          <w:b w:val="0"/>
          <w:i w:val="0"/>
        </w:rPr>
        <w:t>Sarah Beispiel</w:t>
      </w:r>
    </w:p>
    <w:p>
      <w:r>
        <w:rPr>
          <w:b w:val="0"/>
          <w:i w:val="0"/>
          <w:color w:val="6B6B66"/>
          <w:sz w:val="19"/>
        </w:rPr>
        <w:t>Anlagen: Lebenslauf, IHK-Abschlusszeugnis, Zwischenzeugnis, Schulungsnachweise</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hirezard.com/vorlagen/berufe/bankkaufmann</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bankkaufman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Bankkaufmann/Bankkauffrau</dc:title>
  <dc:subject>Anschreiben Bankkaufmann/Bankkauffrau,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