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56"/>
        <w:tblBorders>
          <w:top w:val="nil"/>
          <w:left w:val="nil"/>
          <w:bottom w:val="nil"/>
          <w:right w:val="nil"/>
          <w:insideH w:val="nil"/>
          <w:insideV w:val="nil"/>
        </w:tblBorders>
        <w:tblLayout w:type="fixed"/>
        <w:tblLook w:firstColumn="1" w:firstRow="1" w:lastColumn="0" w:lastRow="0" w:noHBand="0" w:noVBand="1" w:val="04A0"/>
      </w:tblPr>
      <w:tblGrid>
        <w:gridCol w:w="9355"/>
      </w:tblGrid>
      <w:tr>
        <w:tc>
          <w:tcPr>
            <w:tcW w:type="dxa" w:w="9355"/>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jc w:val="right"/>
      </w:pPr>
      <w:r>
        <w:rPr>
          <w:b/>
          <w:i w:val="0"/>
          <w:sz w:val="22"/>
        </w:rPr>
        <w:t>Sven Beispiel</w:t>
      </w:r>
    </w:p>
    <w:p>
      <w:pPr>
        <w:spacing w:after="0"/>
        <w:jc w:val="right"/>
      </w:pPr>
      <w:r>
        <w:rPr>
          <w:b w:val="0"/>
          <w:i w:val="0"/>
          <w:sz w:val="19"/>
        </w:rPr>
        <w:t>[Straße Hausnummer]</w:t>
      </w:r>
    </w:p>
    <w:p>
      <w:pPr>
        <w:spacing w:after="0"/>
        <w:jc w:val="right"/>
      </w:pPr>
      <w:r>
        <w:rPr>
          <w:b w:val="0"/>
          <w:i w:val="0"/>
          <w:sz w:val="19"/>
        </w:rPr>
        <w:t>[PLZ] Münster</w:t>
      </w:r>
    </w:p>
    <w:p>
      <w:pPr>
        <w:spacing w:after="0"/>
        <w:jc w:val="right"/>
      </w:pPr>
      <w:r>
        <w:rPr>
          <w:b w:val="0"/>
          <w:i w:val="0"/>
          <w:sz w:val="19"/>
        </w:rPr>
        <w:t>[Telefonnummer]</w:t>
      </w:r>
    </w:p>
    <w:p>
      <w:pPr>
        <w:spacing w:after="0"/>
        <w:jc w:val="right"/>
      </w:pPr>
      <w:r>
        <w:rPr>
          <w:b w:val="0"/>
          <w:i w:val="0"/>
          <w:sz w:val="19"/>
        </w:rPr>
        <w:t>sven.beispiel@example.com</w:t>
      </w:r>
    </w:p>
    <w:p>
      <w:pPr>
        <w:spacing w:after="360"/>
      </w:pPr>
    </w:p>
    <w:p>
      <w:pPr>
        <w:spacing w:after="0"/>
      </w:pPr>
      <w:r>
        <w:rPr>
          <w:b w:val="0"/>
          <w:i w:val="0"/>
        </w:rPr>
        <w:t>Beispiel Hochbau GmbH</w:t>
      </w:r>
    </w:p>
    <w:p>
      <w:pPr>
        <w:spacing w:after="0"/>
      </w:pPr>
      <w:r>
        <w:rPr>
          <w:b w:val="0"/>
          <w:i w:val="0"/>
        </w:rPr>
        <w:t>Herr Beispiel</w:t>
      </w:r>
    </w:p>
    <w:p>
      <w:pPr>
        <w:spacing w:after="0"/>
      </w:pPr>
      <w:r>
        <w:rPr>
          <w:b w:val="0"/>
          <w:i w:val="0"/>
        </w:rPr>
        <w:t>[Straße Hausnummer]</w:t>
      </w:r>
    </w:p>
    <w:p>
      <w:pPr>
        <w:spacing w:after="0"/>
      </w:pPr>
      <w:r>
        <w:rPr>
          <w:b w:val="0"/>
          <w:i w:val="0"/>
        </w:rPr>
        <w:t>48143 Münster</w:t>
      </w:r>
    </w:p>
    <w:p>
      <w:pPr>
        <w:spacing w:after="360" w:before="560"/>
        <w:jc w:val="right"/>
      </w:pPr>
      <w:r>
        <w:rPr>
          <w:b w:val="0"/>
          <w:i w:val="0"/>
        </w:rPr>
        <w:t>[Ort], [Datum]</w:t>
      </w:r>
    </w:p>
    <w:p>
      <w:pPr>
        <w:spacing w:after="280"/>
      </w:pPr>
      <w:r>
        <w:rPr>
          <w:b/>
          <w:i w:val="0"/>
        </w:rPr>
        <w:t>Bewerbung als Bauhelfer im Hochbau</w:t>
      </w:r>
    </w:p>
    <w:p>
      <w:pPr>
        <w:spacing w:after="160"/>
      </w:pPr>
      <w:r>
        <w:rPr>
          <w:b w:val="0"/>
          <w:i w:val="0"/>
        </w:rPr>
        <w:t>Sehr geehrter Herr Beispiel,</w:t>
      </w:r>
    </w:p>
    <w:p>
      <w:pPr>
        <w:spacing w:after="160"/>
      </w:pPr>
      <w:r>
        <w:rPr>
          <w:b w:val="0"/>
          <w:i w:val="0"/>
        </w:rPr>
        <w:t>seit sechs Jahren arbeite ich auf Baustellen im Raum Münster, zuerst in Sanierung und Abbruch, jetzt im Wohnungs- und Gewerbebau. Für Ihre Kolonnen im Hochbau suchen Sie Helfer, die bei Schalung und Beton mit anpacken. Das ist genau meine tägliche Arbeit.</w:t>
      </w:r>
    </w:p>
    <w:p>
      <w:pPr>
        <w:spacing w:after="160"/>
      </w:pPr>
      <w:r>
        <w:rPr>
          <w:b w:val="0"/>
          <w:i w:val="0"/>
        </w:rPr>
        <w:t>Ich bereite Schalungen mit vor, bringe Beton ein und verdichte ihn, helfe beim Mauern und richte Baustellen ein. Für Minibagger und Radlader bin ich eingewiesen, das SCC-Dokument habe ich 2024 erworben. Mit Führerschein BE kann ich auch Anhänger mit Material fahren.</w:t>
      </w:r>
    </w:p>
    <w:p>
      <w:pPr>
        <w:spacing w:after="160"/>
      </w:pPr>
      <w:r>
        <w:rPr>
          <w:b w:val="0"/>
          <w:i w:val="0"/>
        </w:rPr>
        <w:t>Kranarbeiten habe ich bisher nur als Einweiser begleitet. Wenn Sie es für sinnvoll halten, mache ich gern die nötige Unterweisung. Langfristig möchte ich bei einem Betrieb wie Ihrem die Ausbildung zum Hochbaufacharbeiter machen.</w:t>
      </w:r>
    </w:p>
    <w:p>
      <w:pPr>
        <w:spacing w:after="160"/>
      </w:pPr>
      <w:r>
        <w:rPr>
          <w:b w:val="0"/>
          <w:i w:val="0"/>
          <w:color w:val="6B6B66"/>
        </w:rPr>
        <w:t>[Ersetze die Beispiele durch eigene, die Anforderungen aus deiner Anzeige belegen.]</w:t>
      </w:r>
    </w:p>
    <w:p>
      <w:pPr>
        <w:spacing w:after="160"/>
      </w:pPr>
      <w:r>
        <w:rPr>
          <w:b w:val="0"/>
          <w:i w:val="0"/>
        </w:rPr>
        <w:t>Ich kann ab dem 1. Dezember 2026 bei Ihnen anfangen und komme gern zum Probearbeiten auf die Baustelle.</w:t>
      </w:r>
    </w:p>
    <w:p>
      <w:pPr>
        <w:spacing w:after="520" w:before="120"/>
      </w:pPr>
      <w:r>
        <w:rPr>
          <w:b w:val="0"/>
          <w:i w:val="0"/>
        </w:rPr>
        <w:t>Mit freundlichen Grüßen</w:t>
      </w:r>
    </w:p>
    <w:p>
      <w:pPr>
        <w:spacing w:after="280"/>
      </w:pPr>
      <w:r>
        <w:rPr>
          <w:b w:val="0"/>
          <w:i w:val="0"/>
        </w:rPr>
        <w:t>Sven Beispiel</w:t>
      </w:r>
    </w:p>
    <w:p>
      <w:r>
        <w:rPr>
          <w:b w:val="0"/>
          <w:i w:val="0"/>
          <w:color w:val="6B6B66"/>
          <w:sz w:val="19"/>
        </w:rPr>
        <w:t>Anlagen: Lebenslauf, Arbeitszeugnis, SCC-Dokument, Ersthelfer-Nachweis</w:t>
      </w:r>
    </w:p>
    <w:p>
      <w:pPr>
        <w:spacing w:before="360"/>
      </w:pPr>
      <w:r>
        <w:rPr>
          <w:b w:val="0"/>
          <w:i w:val="0"/>
          <w:color w:val="6B6B66"/>
          <w:sz w:val="17"/>
        </w:rPr>
        <w:t xml:space="preserve">Dieses Anschreiben in 32 Designs gestalten und mit dem KI-Coach an deine Stelle anpassen: </w:t>
      </w:r>
      <w:hyperlink r:id="rId10">
        <w:r>
          <w:rPr>
            <w:color w:val="6B6B66"/>
            <w:sz w:val="17"/>
            <w:u w:val="single"/>
          </w:rPr>
          <w:t>hirezard.com/vorlagen/berufe/bauhelfer</w:t>
        </w:r>
      </w:hyperlink>
    </w:p>
    <w:sectPr w:rsidR="00FC693F" w:rsidRPr="0006063C" w:rsidSect="00034616">
      <w:footerReference w:type="default" r:id="rId9"/>
      <w:pgSz w:w="11906" w:h="16838"/>
      <w:pgMar w:top="1020" w:right="1134" w:bottom="1304" w:left="1417"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bauhelfe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Anschreiben Vorlage Bauhelfer/in</dc:title>
  <dc:subject>Anschreiben Bauhelfer/in, Beispiel mit Platzhaltern, angelehnt an DIN 5008</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