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Andreas Beispiel</w:t>
      </w:r>
    </w:p>
    <w:p>
      <w:pPr>
        <w:spacing w:after="0"/>
        <w:jc w:val="right"/>
      </w:pPr>
      <w:r>
        <w:rPr>
          <w:b w:val="0"/>
          <w:i w:val="0"/>
          <w:sz w:val="19"/>
        </w:rPr>
        <w:t>[Straße Hausnummer]</w:t>
      </w:r>
    </w:p>
    <w:p>
      <w:pPr>
        <w:spacing w:after="0"/>
        <w:jc w:val="right"/>
      </w:pPr>
      <w:r>
        <w:rPr>
          <w:b w:val="0"/>
          <w:i w:val="0"/>
          <w:sz w:val="19"/>
        </w:rPr>
        <w:t>[PLZ] Bielefeld</w:t>
      </w:r>
    </w:p>
    <w:p>
      <w:pPr>
        <w:spacing w:after="0"/>
        <w:jc w:val="right"/>
      </w:pPr>
      <w:r>
        <w:rPr>
          <w:b w:val="0"/>
          <w:i w:val="0"/>
          <w:sz w:val="19"/>
        </w:rPr>
        <w:t>[Telefonnummer]</w:t>
      </w:r>
    </w:p>
    <w:p>
      <w:pPr>
        <w:spacing w:after="0"/>
        <w:jc w:val="right"/>
      </w:pPr>
      <w:r>
        <w:rPr>
          <w:b w:val="0"/>
          <w:i w:val="0"/>
          <w:sz w:val="19"/>
        </w:rPr>
        <w:t>andreas.beispiel@example.com</w:t>
      </w:r>
    </w:p>
    <w:p>
      <w:pPr>
        <w:spacing w:after="360"/>
      </w:pPr>
    </w:p>
    <w:p>
      <w:pPr>
        <w:spacing w:after="0"/>
      </w:pPr>
      <w:r>
        <w:rPr>
          <w:b w:val="0"/>
          <w:i w:val="0"/>
        </w:rPr>
        <w:t>Transporte Muster GmbH</w:t>
      </w:r>
    </w:p>
    <w:p>
      <w:pPr>
        <w:spacing w:after="0"/>
      </w:pPr>
      <w:r>
        <w:rPr>
          <w:b w:val="0"/>
          <w:i w:val="0"/>
        </w:rPr>
        <w:t>Herr Beispiel</w:t>
      </w:r>
    </w:p>
    <w:p>
      <w:pPr>
        <w:spacing w:after="0"/>
      </w:pPr>
      <w:r>
        <w:rPr>
          <w:b w:val="0"/>
          <w:i w:val="0"/>
        </w:rPr>
        <w:t>[Straße Hausnummer]</w:t>
      </w:r>
    </w:p>
    <w:p>
      <w:pPr>
        <w:spacing w:after="0"/>
      </w:pPr>
      <w:r>
        <w:rPr>
          <w:b w:val="0"/>
          <w:i w:val="0"/>
        </w:rPr>
        <w:t>33609 Bielefeld</w:t>
      </w:r>
    </w:p>
    <w:p>
      <w:pPr>
        <w:spacing w:after="360" w:before="560"/>
        <w:jc w:val="right"/>
      </w:pPr>
      <w:r>
        <w:rPr>
          <w:b w:val="0"/>
          <w:i w:val="0"/>
        </w:rPr>
        <w:t>[Ort], [Datum]</w:t>
      </w:r>
    </w:p>
    <w:p>
      <w:pPr>
        <w:spacing w:after="280"/>
      </w:pPr>
      <w:r>
        <w:rPr>
          <w:b/>
          <w:i w:val="0"/>
        </w:rPr>
        <w:t>Bewerbung als Berufskraftfahrer CE im Regionalverkehr</w:t>
      </w:r>
    </w:p>
    <w:p>
      <w:pPr>
        <w:spacing w:after="160"/>
      </w:pPr>
      <w:r>
        <w:rPr>
          <w:b w:val="0"/>
          <w:i w:val="0"/>
        </w:rPr>
        <w:t>Sehr geehrter Herr Beispiel,</w:t>
      </w:r>
    </w:p>
    <w:p>
      <w:pPr>
        <w:spacing w:after="160"/>
      </w:pPr>
      <w:r>
        <w:rPr>
          <w:b w:val="0"/>
          <w:i w:val="0"/>
        </w:rPr>
        <w:t>Sie suchen einen Fahrer mit Führerschein CE für Touren im Regionalverkehr mit Heimkehr am Wochenende. Ich fahre seit acht Jahren Lkw, davon die letzten Jahre im Fernverkehr mit Sattelzug und Kühlauflieger, und möchte jetzt wieder näher an meiner Familie arbeiten.</w:t>
      </w:r>
    </w:p>
    <w:p>
      <w:pPr>
        <w:spacing w:after="160"/>
      </w:pPr>
      <w:r>
        <w:rPr>
          <w:b w:val="0"/>
          <w:i w:val="0"/>
        </w:rPr>
        <w:t>Bei der Spedition Beispiel GmbH fahre ich Kühltransporte für den Lebensmittelhandel. Pünktliche Anlieferung in engen Zeitfenstern, saubere Temperaturdokumentation und eine sichere Ladung gehören für mich zu jedem Arbeitstag. Meine Schlüsselzahl 95 gilt bis 2028, die Fahrerkarte ist aktuell und die ADR-Bescheinigung habe ich im Mai 2023 erworben.</w:t>
      </w:r>
    </w:p>
    <w:p>
      <w:pPr>
        <w:spacing w:after="160"/>
      </w:pPr>
      <w:r>
        <w:rPr>
          <w:b w:val="0"/>
          <w:i w:val="0"/>
        </w:rPr>
        <w:t>In Ihrer Anzeige nennen Sie Wechselbrückenverkehr. Damit habe ich bisher nur gelegentlich gearbeitet. Das Absetzen und Aufnehmen habe ich aber schon mehrfach unter Anleitung gemacht und würde mir eine kurze Einweisung auf Ihren Fahrzeugen wünschen.</w:t>
      </w:r>
    </w:p>
    <w:p>
      <w:pPr>
        <w:spacing w:after="160"/>
      </w:pPr>
      <w:r>
        <w:rPr>
          <w:b w:val="0"/>
          <w:i w:val="0"/>
          <w:color w:val="6B6B66"/>
        </w:rPr>
        <w:t>[Ersetze die Beispiele durch eigene, die Anforderungen aus deiner Anzeige belegen.]</w:t>
      </w:r>
    </w:p>
    <w:p>
      <w:pPr>
        <w:spacing w:after="160"/>
      </w:pPr>
      <w:r>
        <w:rPr>
          <w:b w:val="0"/>
          <w:i w:val="0"/>
        </w:rPr>
        <w:t>Ich kann nach meiner Kündigungsfrist zum 1. Januar 2027 bei Ihnen anfangen. Gern komme ich vorher zu einer Probefahrt.</w:t>
      </w:r>
    </w:p>
    <w:p>
      <w:pPr>
        <w:spacing w:after="520" w:before="120"/>
      </w:pPr>
      <w:r>
        <w:rPr>
          <w:b w:val="0"/>
          <w:i w:val="0"/>
        </w:rPr>
        <w:t>Mit freundlichen Grüßen</w:t>
      </w:r>
    </w:p>
    <w:p>
      <w:pPr>
        <w:spacing w:after="280"/>
      </w:pPr>
      <w:r>
        <w:rPr>
          <w:b w:val="0"/>
          <w:i w:val="0"/>
        </w:rPr>
        <w:t>Andreas Beispiel</w:t>
      </w:r>
    </w:p>
    <w:p>
      <w:r>
        <w:rPr>
          <w:b w:val="0"/>
          <w:i w:val="0"/>
          <w:color w:val="6B6B66"/>
          <w:sz w:val="19"/>
        </w:rPr>
        <w:t>Anlagen: Lebenslauf, Kopie Führerschein, ADR-Bescheinigung, Arbeitszeugnis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hirezard.com/vorlagen/berufe/berufskraftfahrer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berufskraftfahr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Berufskraftfahrer/in</dc:title>
  <dc:subject>Anschreiben Berufskraftfahrer/in,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