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Thomas Beispiel</w:t>
      </w:r>
    </w:p>
    <w:p>
      <w:pPr>
        <w:spacing w:after="0"/>
        <w:jc w:val="right"/>
      </w:pPr>
      <w:r>
        <w:rPr>
          <w:b w:val="0"/>
          <w:i w:val="0"/>
          <w:sz w:val="19"/>
        </w:rPr>
        <w:t>[Straße Hausnummer]</w:t>
      </w:r>
    </w:p>
    <w:p>
      <w:pPr>
        <w:spacing w:after="0"/>
        <w:jc w:val="right"/>
      </w:pPr>
      <w:r>
        <w:rPr>
          <w:b w:val="0"/>
          <w:i w:val="0"/>
          <w:sz w:val="19"/>
        </w:rPr>
        <w:t>[PLZ] Leipzig</w:t>
      </w:r>
    </w:p>
    <w:p>
      <w:pPr>
        <w:spacing w:after="0"/>
        <w:jc w:val="right"/>
      </w:pPr>
      <w:r>
        <w:rPr>
          <w:b w:val="0"/>
          <w:i w:val="0"/>
          <w:sz w:val="19"/>
        </w:rPr>
        <w:t>[Telefonnummer]</w:t>
      </w:r>
    </w:p>
    <w:p>
      <w:pPr>
        <w:spacing w:after="0"/>
        <w:jc w:val="right"/>
      </w:pPr>
      <w:r>
        <w:rPr>
          <w:b w:val="0"/>
          <w:i w:val="0"/>
          <w:sz w:val="19"/>
        </w:rPr>
        <w:t>thomas.beispiel@example.com</w:t>
      </w:r>
    </w:p>
    <w:p>
      <w:pPr>
        <w:spacing w:after="360"/>
      </w:pPr>
    </w:p>
    <w:p>
      <w:pPr>
        <w:spacing w:after="0"/>
      </w:pPr>
      <w:r>
        <w:rPr>
          <w:b w:val="0"/>
          <w:i w:val="0"/>
        </w:rPr>
        <w:t>Musterwerk Logistik AG</w:t>
      </w:r>
    </w:p>
    <w:p>
      <w:pPr>
        <w:spacing w:after="0"/>
      </w:pPr>
      <w:r>
        <w:rPr>
          <w:b w:val="0"/>
          <w:i w:val="0"/>
        </w:rPr>
        <w:t>Frau Beispiel</w:t>
      </w:r>
    </w:p>
    <w:p>
      <w:pPr>
        <w:spacing w:after="0"/>
      </w:pPr>
      <w:r>
        <w:rPr>
          <w:b w:val="0"/>
          <w:i w:val="0"/>
        </w:rPr>
        <w:t>[Straße Hausnummer]</w:t>
      </w:r>
    </w:p>
    <w:p>
      <w:pPr>
        <w:spacing w:after="0"/>
      </w:pPr>
      <w:r>
        <w:rPr>
          <w:b w:val="0"/>
          <w:i w:val="0"/>
        </w:rPr>
        <w:t>04109 Leipzig</w:t>
      </w:r>
    </w:p>
    <w:p>
      <w:pPr>
        <w:spacing w:after="360" w:before="560"/>
        <w:jc w:val="right"/>
      </w:pPr>
      <w:r>
        <w:rPr>
          <w:b w:val="0"/>
          <w:i w:val="0"/>
        </w:rPr>
        <w:t>[Ort], [Datum]</w:t>
      </w:r>
    </w:p>
    <w:p>
      <w:pPr>
        <w:spacing w:after="280"/>
      </w:pPr>
      <w:r>
        <w:rPr>
          <w:b/>
          <w:i w:val="0"/>
        </w:rPr>
        <w:t>Bewerbung als Finanzbuchhalter mit Abschlussverantwortung</w:t>
      </w:r>
    </w:p>
    <w:p>
      <w:pPr>
        <w:spacing w:after="160"/>
      </w:pPr>
      <w:r>
        <w:rPr>
          <w:b w:val="0"/>
          <w:i w:val="0"/>
        </w:rPr>
        <w:t>Sehr geehrte Frau Beispiel,</w:t>
      </w:r>
    </w:p>
    <w:p>
      <w:pPr>
        <w:spacing w:after="160"/>
      </w:pPr>
      <w:r>
        <w:rPr>
          <w:b w:val="0"/>
          <w:i w:val="0"/>
        </w:rPr>
        <w:t>seit vier Jahren erstelle ich den Monatsabschluss für zwei Gesellschaften eines Großhändlers. Sie suchen einen Finanzbuchhalter, der Abschlüsse selbstständig vorbereitet und das Team bei der Umstellung auf neue Prozesse unterstützt. Beides passt genau zu dem, was ich mache und was ich als Nächstes lernen will.</w:t>
      </w:r>
    </w:p>
    <w:p>
      <w:pPr>
        <w:spacing w:after="160"/>
      </w:pPr>
      <w:r>
        <w:rPr>
          <w:b w:val="0"/>
          <w:i w:val="0"/>
        </w:rPr>
        <w:t>In meiner aktuellen Stelle stimme ich die Bank- und Verrechnungskonten ab, kläre Differenzen mit dem Einkauf und bereite die Unterlagen für unser Steuerbüro vor. Als die Kreditkartenabrechnungen jeden Monat viel Zeit kosteten, habe ich eine Excel-Vorlage gebaut, mit der wir sie heute deutlich schneller abstimmen.</w:t>
      </w:r>
    </w:p>
    <w:p>
      <w:pPr>
        <w:spacing w:after="160"/>
      </w:pPr>
      <w:r>
        <w:rPr>
          <w:b w:val="0"/>
          <w:i w:val="0"/>
        </w:rPr>
        <w:t>Sie arbeiten mit SAP FI, ich überwiegend mit DATEV. SAP kenne ich bisher nur aus einer Schulung. Die Buchungslogik ist dieselbe, und ich bin bereit, mich in den ersten Wochen intensiv einzuarbeiten. Zusätzlich bereite ich mich berufsbegleitend auf die Prüfung zum Geprüften Bilanzbuchhalter vor.</w:t>
      </w:r>
    </w:p>
    <w:p>
      <w:pPr>
        <w:spacing w:after="160"/>
      </w:pPr>
      <w:r>
        <w:rPr>
          <w:b w:val="0"/>
          <w:i w:val="0"/>
          <w:color w:val="6B6B66"/>
        </w:rPr>
        <w:t>[Ersetze die Beispiele durch eigene, die Anforderungen aus deiner Anzeige belegen.]</w:t>
      </w:r>
    </w:p>
    <w:p>
      <w:pPr>
        <w:spacing w:after="160"/>
      </w:pPr>
      <w:r>
        <w:rPr>
          <w:b w:val="0"/>
          <w:i w:val="0"/>
        </w:rPr>
        <w:t>Meine Kündigungsfrist beträgt drei Monate zum Monatsende. Ich freue mich auf ein Gespräch mit Ihnen.</w:t>
      </w:r>
    </w:p>
    <w:p>
      <w:pPr>
        <w:spacing w:after="520" w:before="120"/>
      </w:pPr>
      <w:r>
        <w:rPr>
          <w:b w:val="0"/>
          <w:i w:val="0"/>
        </w:rPr>
        <w:t>Mit freundlichen Grüßen</w:t>
      </w:r>
    </w:p>
    <w:p>
      <w:pPr>
        <w:spacing w:after="280"/>
      </w:pPr>
      <w:r>
        <w:rPr>
          <w:b w:val="0"/>
          <w:i w:val="0"/>
        </w:rPr>
        <w:t>Thomas Beispiel</w:t>
      </w:r>
    </w:p>
    <w:p>
      <w:r>
        <w:rPr>
          <w:b w:val="0"/>
          <w:i w:val="0"/>
          <w:color w:val="6B6B66"/>
          <w:sz w:val="19"/>
        </w:rPr>
        <w:t>Anlagen: Lebenslauf, Arbeitszeugnisse, Zeugnis Weiterbildung Finanzbuchhalter, IHK-Abschlusszeugnis</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hirezard.com/vorlagen/berufe/buchhalter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buchhalt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Buchhalter/Buchhalterin</dc:title>
  <dc:subject>Anschreiben Buchhalter/Buchhalterin,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