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Lea Beispiel</w:t>
      </w:r>
    </w:p>
    <w:p>
      <w:pPr>
        <w:spacing w:after="0"/>
        <w:jc w:val="right"/>
      </w:pPr>
      <w:r>
        <w:rPr>
          <w:b w:val="0"/>
          <w:i w:val="0"/>
          <w:sz w:val="19"/>
        </w:rPr>
        <w:t>[Straße Hausnummer]</w:t>
      </w:r>
    </w:p>
    <w:p>
      <w:pPr>
        <w:spacing w:after="0"/>
        <w:jc w:val="right"/>
      </w:pPr>
      <w:r>
        <w:rPr>
          <w:b w:val="0"/>
          <w:i w:val="0"/>
          <w:sz w:val="19"/>
        </w:rPr>
        <w:t>[PLZ] Hannover</w:t>
      </w:r>
    </w:p>
    <w:p>
      <w:pPr>
        <w:spacing w:after="0"/>
        <w:jc w:val="right"/>
      </w:pPr>
      <w:r>
        <w:rPr>
          <w:b w:val="0"/>
          <w:i w:val="0"/>
          <w:sz w:val="19"/>
        </w:rPr>
        <w:t>[Telefonnummer]</w:t>
      </w:r>
    </w:p>
    <w:p>
      <w:pPr>
        <w:spacing w:after="0"/>
        <w:jc w:val="right"/>
      </w:pPr>
      <w:r>
        <w:rPr>
          <w:b w:val="0"/>
          <w:i w:val="0"/>
          <w:sz w:val="19"/>
        </w:rPr>
        <w:t>lea.beispiel@example.com</w:t>
      </w:r>
    </w:p>
    <w:p>
      <w:pPr>
        <w:spacing w:after="360"/>
      </w:pPr>
    </w:p>
    <w:p>
      <w:pPr>
        <w:spacing w:after="0"/>
      </w:pPr>
      <w:r>
        <w:rPr>
          <w:b w:val="0"/>
          <w:i w:val="0"/>
        </w:rPr>
        <w:t>Mustermode KG</w:t>
      </w:r>
    </w:p>
    <w:p>
      <w:pPr>
        <w:spacing w:after="0"/>
      </w:pPr>
      <w:r>
        <w:rPr>
          <w:b w:val="0"/>
          <w:i w:val="0"/>
        </w:rPr>
        <w:t>Herr Beispiel</w:t>
      </w:r>
    </w:p>
    <w:p>
      <w:pPr>
        <w:spacing w:after="0"/>
      </w:pPr>
      <w:r>
        <w:rPr>
          <w:b w:val="0"/>
          <w:i w:val="0"/>
        </w:rPr>
        <w:t>[Straße Hausnummer]</w:t>
      </w:r>
    </w:p>
    <w:p>
      <w:pPr>
        <w:spacing w:after="0"/>
      </w:pPr>
      <w:r>
        <w:rPr>
          <w:b w:val="0"/>
          <w:i w:val="0"/>
        </w:rPr>
        <w:t>30159 Hannover</w:t>
      </w:r>
    </w:p>
    <w:p>
      <w:pPr>
        <w:spacing w:after="360" w:before="560"/>
        <w:jc w:val="right"/>
      </w:pPr>
      <w:r>
        <w:rPr>
          <w:b w:val="0"/>
          <w:i w:val="0"/>
        </w:rPr>
        <w:t>[Ort], [Datum]</w:t>
      </w:r>
    </w:p>
    <w:p>
      <w:pPr>
        <w:spacing w:after="280"/>
      </w:pPr>
      <w:r>
        <w:rPr>
          <w:b/>
          <w:i w:val="0"/>
        </w:rPr>
        <w:t>Bewerbung als stellvertretende Filialleiterin</w:t>
      </w:r>
    </w:p>
    <w:p>
      <w:pPr>
        <w:spacing w:after="160"/>
      </w:pPr>
      <w:r>
        <w:rPr>
          <w:b w:val="0"/>
          <w:i w:val="0"/>
        </w:rPr>
        <w:t>Sehr geehrter Herr Beispiel,</w:t>
      </w:r>
    </w:p>
    <w:p>
      <w:pPr>
        <w:spacing w:after="160"/>
      </w:pPr>
      <w:r>
        <w:rPr>
          <w:b w:val="0"/>
          <w:i w:val="0"/>
        </w:rPr>
        <w:t>seit drei Jahren leite ich die Damenabteilung eines Modehauses in Hannover und vertrete regelmäßig unsere Filialleitung. Für Ihre neue Filiale suchen Sie eine Stellvertretung, die Team, Ware und Kundschaft gleichermaßen im Blick hat. Diese Aufgabe möchte ich übernehmen.</w:t>
      </w:r>
    </w:p>
    <w:p>
      <w:pPr>
        <w:spacing w:after="160"/>
      </w:pPr>
      <w:r>
        <w:rPr>
          <w:b w:val="0"/>
          <w:i w:val="0"/>
        </w:rPr>
        <w:t>In meiner Abteilung plane ich den Einsatz von sechs Kolleginnen, kümmere mich um Nachbestellungen und setze Saisonumbauten um. Zwei Auszubildende begleite ich durch ihren Alltag, seit 2024 mit der Ausbildereignung. Besonders gern arbeite ich daran, dass sich Kundinnen gut beraten fühlen, auch wenn am Samstag viel los ist.</w:t>
      </w:r>
    </w:p>
    <w:p>
      <w:pPr>
        <w:spacing w:after="160"/>
      </w:pPr>
      <w:r>
        <w:rPr>
          <w:b w:val="0"/>
          <w:i w:val="0"/>
        </w:rPr>
        <w:t>Die Verantwortung für das Kassenbuch der gesamten Filiale, die Sie in Ihrer Anzeige nennen, hatte ich bisher nur in Vertretung. Die Abläufe kenne ich aber und würde mich gezielt einarbeiten.</w:t>
      </w:r>
    </w:p>
    <w:p>
      <w:pPr>
        <w:spacing w:after="160"/>
      </w:pPr>
      <w:r>
        <w:rPr>
          <w:b w:val="0"/>
          <w:i w:val="0"/>
          <w:color w:val="6B6B66"/>
        </w:rPr>
        <w:t>[Ersetze die Beispiele durch eigene, die Anforderungen aus deiner Anzeige belegen.]</w:t>
      </w:r>
    </w:p>
    <w:p>
      <w:pPr>
        <w:spacing w:after="160"/>
      </w:pPr>
      <w:r>
        <w:rPr>
          <w:b w:val="0"/>
          <w:i w:val="0"/>
        </w:rPr>
        <w:t>Ich kann zum 1. März 2027 bei Ihnen beginnen. Über eine Einladung zum Gespräch freue ich mich.</w:t>
      </w:r>
    </w:p>
    <w:p>
      <w:pPr>
        <w:spacing w:after="520" w:before="120"/>
      </w:pPr>
      <w:r>
        <w:rPr>
          <w:b w:val="0"/>
          <w:i w:val="0"/>
        </w:rPr>
        <w:t>Mit freundlichen Grüßen</w:t>
      </w:r>
    </w:p>
    <w:p>
      <w:pPr>
        <w:spacing w:after="280"/>
      </w:pPr>
      <w:r>
        <w:rPr>
          <w:b w:val="0"/>
          <w:i w:val="0"/>
        </w:rPr>
        <w:t>Lea Beispiel</w:t>
      </w:r>
    </w:p>
    <w:p>
      <w:r>
        <w:rPr>
          <w:b w:val="0"/>
          <w:i w:val="0"/>
          <w:color w:val="6B6B66"/>
          <w:sz w:val="19"/>
        </w:rPr>
        <w:t>Anlagen: Lebenslauf, IHK-Abschlusszeugnis, AEVO-Zeugnis, Zwischenzeugnis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hirezard.com/vorlagen/berufe/einzelhandelskaufmann</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einzelhandelskaufman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Kaufmann/-frau im Einzelhandel</dc:title>
  <dc:subject>Anschreiben Kaufmann/-frau im Einzelhandel,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