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Kevin Beispiel</w:t>
      </w:r>
    </w:p>
    <w:p>
      <w:pPr>
        <w:spacing w:after="0"/>
        <w:jc w:val="right"/>
      </w:pPr>
      <w:r>
        <w:rPr>
          <w:b w:val="0"/>
          <w:i w:val="0"/>
          <w:sz w:val="19"/>
        </w:rPr>
        <w:t>[Straße Hausnummer]</w:t>
      </w:r>
    </w:p>
    <w:p>
      <w:pPr>
        <w:spacing w:after="0"/>
        <w:jc w:val="right"/>
      </w:pPr>
      <w:r>
        <w:rPr>
          <w:b w:val="0"/>
          <w:i w:val="0"/>
          <w:sz w:val="19"/>
        </w:rPr>
        <w:t>[PLZ] Bielefeld</w:t>
      </w:r>
    </w:p>
    <w:p>
      <w:pPr>
        <w:spacing w:after="0"/>
        <w:jc w:val="right"/>
      </w:pPr>
      <w:r>
        <w:rPr>
          <w:b w:val="0"/>
          <w:i w:val="0"/>
          <w:sz w:val="19"/>
        </w:rPr>
        <w:t>[Telefonnummer]</w:t>
      </w:r>
    </w:p>
    <w:p>
      <w:pPr>
        <w:spacing w:after="0"/>
        <w:jc w:val="right"/>
      </w:pPr>
      <w:r>
        <w:rPr>
          <w:b w:val="0"/>
          <w:i w:val="0"/>
          <w:sz w:val="19"/>
        </w:rPr>
        <w:t>kevin.beispiel@example.com</w:t>
      </w:r>
    </w:p>
    <w:p>
      <w:pPr>
        <w:spacing w:after="360"/>
      </w:pPr>
    </w:p>
    <w:p>
      <w:pPr>
        <w:spacing w:after="0"/>
      </w:pPr>
      <w:r>
        <w:rPr>
          <w:b w:val="0"/>
          <w:i w:val="0"/>
        </w:rPr>
        <w:t>Muster Elektrotechnik GmbH &amp; Co. KG</w:t>
      </w:r>
    </w:p>
    <w:p>
      <w:pPr>
        <w:spacing w:after="0"/>
      </w:pPr>
      <w:r>
        <w:rPr>
          <w:b w:val="0"/>
          <w:i w:val="0"/>
        </w:rPr>
        <w:t>Herr Beispiel</w:t>
      </w:r>
    </w:p>
    <w:p>
      <w:pPr>
        <w:spacing w:after="0"/>
      </w:pPr>
      <w:r>
        <w:rPr>
          <w:b w:val="0"/>
          <w:i w:val="0"/>
        </w:rPr>
        <w:t>[Straße Hausnummer]</w:t>
      </w:r>
    </w:p>
    <w:p>
      <w:pPr>
        <w:spacing w:after="0"/>
      </w:pPr>
      <w:r>
        <w:rPr>
          <w:b w:val="0"/>
          <w:i w:val="0"/>
        </w:rPr>
        <w:t>33602 Bielefeld</w:t>
      </w:r>
    </w:p>
    <w:p>
      <w:pPr>
        <w:spacing w:after="360" w:before="560"/>
        <w:jc w:val="right"/>
      </w:pPr>
      <w:r>
        <w:rPr>
          <w:b w:val="0"/>
          <w:i w:val="0"/>
        </w:rPr>
        <w:t>[Ort], [Datum]</w:t>
      </w:r>
    </w:p>
    <w:p>
      <w:pPr>
        <w:spacing w:after="280"/>
      </w:pPr>
      <w:r>
        <w:rPr>
          <w:b/>
          <w:i w:val="0"/>
        </w:rPr>
        <w:t>Bewerbung als Elektroniker für Energie- und Gebäudetechnik mit Schwerpunkt Photovoltaik</w:t>
      </w:r>
    </w:p>
    <w:p>
      <w:pPr>
        <w:spacing w:after="160"/>
      </w:pPr>
      <w:r>
        <w:rPr>
          <w:b w:val="0"/>
          <w:i w:val="0"/>
        </w:rPr>
        <w:t>Sehr geehrter Herr Beispiel,</w:t>
      </w:r>
    </w:p>
    <w:p>
      <w:pPr>
        <w:spacing w:after="160"/>
      </w:pPr>
      <w:r>
        <w:rPr>
          <w:b w:val="0"/>
          <w:i w:val="0"/>
        </w:rPr>
        <w:t>Sie suchen einen Elektroniker, der Photovoltaikanlagen mit Speicher selbstständig anschließt und an Kundinnen und Kunden übergibt. Seit meiner Gesellenprüfung installiere ich Elektroanlagen in Wohngebäuden vom Rohbau bis zur Übergabe. Den Bereich Photovoltaik möchte ich zu meinem Schwerpunkt machen.</w:t>
      </w:r>
    </w:p>
    <w:p>
      <w:pPr>
        <w:spacing w:after="160"/>
      </w:pPr>
      <w:r>
        <w:rPr>
          <w:b w:val="0"/>
          <w:i w:val="0"/>
        </w:rPr>
        <w:t>Bei der Elektro Beispiel GmbH baue ich Zählerschränke und Unterverteilungen, prüfe die Anlagen und erstelle die Prüfprotokolle selbst. In den letzten zwei Jahren habe ich zusammen mit einem Kollegen mehrere Photovoltaikanlagen mit Speicher angeschlossen und die Bauherren eingewiesen. Im November 2024 habe ich dazu eine Schulung zu Photovoltaik und Speichersystemen besucht.</w:t>
      </w:r>
    </w:p>
    <w:p>
      <w:pPr>
        <w:spacing w:after="160"/>
      </w:pPr>
      <w:r>
        <w:rPr>
          <w:b w:val="0"/>
          <w:i w:val="0"/>
        </w:rPr>
        <w:t>Dachmontagen habe ich bisher nur unterstützt, die Module haben meist die Dachdecker gesetzt. Den elektrischen Teil von der Leitungsführung bis zur Inbetriebnahme kenne ich dagegen gut und lerne die Montage gern bei Ihnen dazu.</w:t>
      </w:r>
    </w:p>
    <w:p>
      <w:pPr>
        <w:spacing w:after="160"/>
      </w:pPr>
      <w:r>
        <w:rPr>
          <w:b w:val="0"/>
          <w:i w:val="0"/>
          <w:color w:val="6B6B66"/>
        </w:rPr>
        <w:t>[Ersetze die Beispiele durch eigene, die Anforderungen aus deiner Anzeige belegen.]</w:t>
      </w:r>
    </w:p>
    <w:p>
      <w:pPr>
        <w:spacing w:after="160"/>
      </w:pPr>
      <w:r>
        <w:rPr>
          <w:b w:val="0"/>
          <w:i w:val="0"/>
        </w:rPr>
        <w:t>Ich kann nach drei Monaten Kündigungsfrist zum 1. Februar 2027 bei Ihnen anfangen. Über eine Einladung zum Gespräch oder zu einem Probetag freue ich mich.</w:t>
      </w:r>
    </w:p>
    <w:p>
      <w:pPr>
        <w:spacing w:after="520" w:before="120"/>
      </w:pPr>
      <w:r>
        <w:rPr>
          <w:b w:val="0"/>
          <w:i w:val="0"/>
        </w:rPr>
        <w:t>Mit freundlichen Grüßen</w:t>
      </w:r>
    </w:p>
    <w:p>
      <w:pPr>
        <w:spacing w:after="280"/>
      </w:pPr>
      <w:r>
        <w:rPr>
          <w:b w:val="0"/>
          <w:i w:val="0"/>
        </w:rPr>
        <w:t>Kevin Beispiel</w:t>
      </w:r>
    </w:p>
    <w:p>
      <w:r>
        <w:rPr>
          <w:b w:val="0"/>
          <w:i w:val="0"/>
          <w:color w:val="6B6B66"/>
          <w:sz w:val="19"/>
        </w:rPr>
        <w:t>Anlagen: Lebenslauf, Gesellenbrief, Arbeitszeugnis, Schulungsnachweise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hirezard.com/vorlagen/berufe/elektroniker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elektronik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Elektroniker/in für Energie- und Gebäudetechnik</dc:title>
  <dc:subject>Anschreiben Elektroniker/in für Energie- und Gebäudetechnik,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