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Lukas Beispiel</w:t>
      </w:r>
    </w:p>
    <w:p>
      <w:pPr>
        <w:spacing w:after="0"/>
        <w:jc w:val="right"/>
      </w:pPr>
      <w:r>
        <w:rPr>
          <w:b w:val="0"/>
          <w:i w:val="0"/>
          <w:sz w:val="19"/>
        </w:rPr>
        <w:t>[Straße Hausnummer]</w:t>
      </w:r>
    </w:p>
    <w:p>
      <w:pPr>
        <w:spacing w:after="0"/>
        <w:jc w:val="right"/>
      </w:pPr>
      <w:r>
        <w:rPr>
          <w:b w:val="0"/>
          <w:i w:val="0"/>
          <w:sz w:val="19"/>
        </w:rPr>
        <w:t>[PLZ] Freiburg im Breisgau</w:t>
      </w:r>
    </w:p>
    <w:p>
      <w:pPr>
        <w:spacing w:after="0"/>
        <w:jc w:val="right"/>
      </w:pPr>
      <w:r>
        <w:rPr>
          <w:b w:val="0"/>
          <w:i w:val="0"/>
          <w:sz w:val="19"/>
        </w:rPr>
        <w:t>[Telefonnummer]</w:t>
      </w:r>
    </w:p>
    <w:p>
      <w:pPr>
        <w:spacing w:after="0"/>
        <w:jc w:val="right"/>
      </w:pPr>
      <w:r>
        <w:rPr>
          <w:b w:val="0"/>
          <w:i w:val="0"/>
          <w:sz w:val="19"/>
        </w:rPr>
        <w:t>lukas.beispiel@example.com</w:t>
      </w:r>
    </w:p>
    <w:p>
      <w:pPr>
        <w:spacing w:after="360"/>
      </w:pPr>
    </w:p>
    <w:p>
      <w:pPr>
        <w:spacing w:after="0"/>
      </w:pPr>
      <w:r>
        <w:rPr>
          <w:b w:val="0"/>
          <w:i w:val="0"/>
        </w:rPr>
        <w:t>Musterkinder gGmbH, Waldkindergarten am Bach</w:t>
      </w:r>
    </w:p>
    <w:p>
      <w:pPr>
        <w:spacing w:after="0"/>
      </w:pPr>
      <w:r>
        <w:rPr>
          <w:b w:val="0"/>
          <w:i w:val="0"/>
        </w:rPr>
        <w:t>Frau Beispiel, Einrichtungsleitung</w:t>
      </w:r>
    </w:p>
    <w:p>
      <w:pPr>
        <w:spacing w:after="0"/>
      </w:pPr>
      <w:r>
        <w:rPr>
          <w:b w:val="0"/>
          <w:i w:val="0"/>
        </w:rPr>
        <w:t>[Straße Hausnummer]</w:t>
      </w:r>
    </w:p>
    <w:p>
      <w:pPr>
        <w:spacing w:after="0"/>
      </w:pPr>
      <w:r>
        <w:rPr>
          <w:b w:val="0"/>
          <w:i w:val="0"/>
        </w:rPr>
        <w:t>79098 Freiburg im Breisgau</w:t>
      </w:r>
    </w:p>
    <w:p>
      <w:pPr>
        <w:spacing w:after="360" w:before="560"/>
        <w:jc w:val="right"/>
      </w:pPr>
      <w:r>
        <w:rPr>
          <w:b w:val="0"/>
          <w:i w:val="0"/>
        </w:rPr>
        <w:t>[Ort], [Datum]</w:t>
      </w:r>
    </w:p>
    <w:p>
      <w:pPr>
        <w:spacing w:after="280"/>
      </w:pPr>
      <w:r>
        <w:rPr>
          <w:b/>
          <w:i w:val="0"/>
        </w:rPr>
        <w:t>Bewerbung als Erzieher in Ihrem Waldkindergarten</w:t>
      </w:r>
    </w:p>
    <w:p>
      <w:pPr>
        <w:spacing w:after="160"/>
      </w:pPr>
      <w:r>
        <w:rPr>
          <w:b w:val="0"/>
          <w:i w:val="0"/>
        </w:rPr>
        <w:t>Sehr geehrte Frau Beispiel,</w:t>
      </w:r>
    </w:p>
    <w:p>
      <w:pPr>
        <w:spacing w:after="160"/>
      </w:pPr>
      <w:r>
        <w:rPr>
          <w:b w:val="0"/>
          <w:i w:val="0"/>
        </w:rPr>
        <w:t>jeden Dienstag gehe ich mit meiner Gruppe in den Wald, und an diesen Tagen sehe ich, wie viel Kinder draußen von sich aus lernen. Seit ich diesen Waldtag in unserer Kita aufgebaut habe, möchte ich ganz in der Naturpädagogik arbeiten. Ihr Waldkindergarten passt genau dazu.</w:t>
      </w:r>
    </w:p>
    <w:p>
      <w:pPr>
        <w:spacing w:after="160"/>
      </w:pPr>
      <w:r>
        <w:rPr>
          <w:b w:val="0"/>
          <w:i w:val="0"/>
        </w:rPr>
        <w:t>In der Kita Musterwiese bin ich seit zwei Jahren stellvertretende Gruppenleitung. Ich plane Angebote nach dem Orientierungsplan, führe Entwicklungsgespräche und dokumentiere in Portfolios. Den Waldtag habe ich gemeinsam mit Eltern und Leitung vorbereitet: Ausrüstungsliste, Regeln für Wege und Pausen, Absprachen für schlechtes Wetter.</w:t>
      </w:r>
    </w:p>
    <w:p>
      <w:pPr>
        <w:spacing w:after="160"/>
      </w:pPr>
      <w:r>
        <w:rPr>
          <w:b w:val="0"/>
          <w:i w:val="0"/>
        </w:rPr>
        <w:t>In einem reinen Waldkindergarten mit einem Bauwagen als einzigem Raum habe ich noch nicht gearbeitet. Ich weiß, dass ich mich an die längeren Zeiten draußen und an Ihre Abläufe erst gewöhnen muss. Eine Weiterbildung in Naturpädagogik habe ich 2024 abgeschlossen.</w:t>
      </w:r>
    </w:p>
    <w:p>
      <w:pPr>
        <w:spacing w:after="160"/>
      </w:pPr>
      <w:r>
        <w:rPr>
          <w:b w:val="0"/>
          <w:i w:val="0"/>
          <w:color w:val="6B6B66"/>
        </w:rPr>
        <w:t>[Ersetze die Beispiele durch eigene, die Anforderungen aus deiner Anzeige belegen.]</w:t>
      </w:r>
    </w:p>
    <w:p>
      <w:pPr>
        <w:spacing w:after="160"/>
      </w:pPr>
      <w:r>
        <w:rPr>
          <w:b w:val="0"/>
          <w:i w:val="0"/>
        </w:rPr>
        <w:t>Ich kann zum 1. Februar 2027 mit voller Stundenzahl anfangen. Gern komme ich vorher zu einem Hospitationstag zu Ihnen in den Wald. Ich freue mich auf Ihre Rückmeldung.</w:t>
      </w:r>
    </w:p>
    <w:p>
      <w:pPr>
        <w:spacing w:after="520" w:before="120"/>
      </w:pPr>
      <w:r>
        <w:rPr>
          <w:b w:val="0"/>
          <w:i w:val="0"/>
        </w:rPr>
        <w:t>Mit freundlichen Grüßen</w:t>
      </w:r>
    </w:p>
    <w:p>
      <w:pPr>
        <w:spacing w:after="280"/>
      </w:pPr>
      <w:r>
        <w:rPr>
          <w:b w:val="0"/>
          <w:i w:val="0"/>
        </w:rPr>
        <w:t>Lukas Beispiel</w:t>
      </w:r>
    </w:p>
    <w:p>
      <w:r>
        <w:rPr>
          <w:b w:val="0"/>
          <w:i w:val="0"/>
          <w:color w:val="6B6B66"/>
          <w:sz w:val="19"/>
        </w:rPr>
        <w:t>Anlagen: Lebenslauf, Urkunde staatliche Anerkennung, Abschlusszeugnis, Arbeitszeugnis, Nachweis Naturpädagogik</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hirezard.com/vorlagen/berufe/erzieher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erzieh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Erzieher/in</dc:title>
  <dc:subject>Anschreiben Erzieher/in,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