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Deniz Beispiel</w:t>
      </w:r>
    </w:p>
    <w:p>
      <w:pPr>
        <w:spacing w:after="0"/>
        <w:jc w:val="right"/>
      </w:pPr>
      <w:r>
        <w:rPr>
          <w:b w:val="0"/>
          <w:i w:val="0"/>
          <w:sz w:val="19"/>
        </w:rPr>
        <w:t>[Straße Hausnummer]</w:t>
      </w:r>
    </w:p>
    <w:p>
      <w:pPr>
        <w:spacing w:after="0"/>
        <w:jc w:val="right"/>
      </w:pPr>
      <w:r>
        <w:rPr>
          <w:b w:val="0"/>
          <w:i w:val="0"/>
          <w:sz w:val="19"/>
        </w:rPr>
        <w:t>[PLZ] Duisburg</w:t>
      </w:r>
    </w:p>
    <w:p>
      <w:pPr>
        <w:spacing w:after="0"/>
        <w:jc w:val="right"/>
      </w:pPr>
      <w:r>
        <w:rPr>
          <w:b w:val="0"/>
          <w:i w:val="0"/>
          <w:sz w:val="19"/>
        </w:rPr>
        <w:t>[Telefonnummer]</w:t>
      </w:r>
    </w:p>
    <w:p>
      <w:pPr>
        <w:spacing w:after="0"/>
        <w:jc w:val="right"/>
      </w:pPr>
      <w:r>
        <w:rPr>
          <w:b w:val="0"/>
          <w:i w:val="0"/>
          <w:sz w:val="19"/>
        </w:rPr>
        <w:t>deniz.beispiel@example.com</w:t>
      </w:r>
    </w:p>
    <w:p>
      <w:pPr>
        <w:spacing w:after="360"/>
      </w:pPr>
    </w:p>
    <w:p>
      <w:pPr>
        <w:spacing w:after="0"/>
      </w:pPr>
      <w:r>
        <w:rPr>
          <w:b w:val="0"/>
          <w:i w:val="0"/>
        </w:rPr>
        <w:t>Musterlogistik AG</w:t>
      </w:r>
    </w:p>
    <w:p>
      <w:pPr>
        <w:spacing w:after="0"/>
      </w:pPr>
      <w:r>
        <w:rPr>
          <w:b w:val="0"/>
          <w:i w:val="0"/>
        </w:rPr>
        <w:t>Frau Beispiel</w:t>
      </w:r>
    </w:p>
    <w:p>
      <w:pPr>
        <w:spacing w:after="0"/>
      </w:pPr>
      <w:r>
        <w:rPr>
          <w:b w:val="0"/>
          <w:i w:val="0"/>
        </w:rPr>
        <w:t>[Straße Hausnummer]</w:t>
      </w:r>
    </w:p>
    <w:p>
      <w:pPr>
        <w:spacing w:after="0"/>
      </w:pPr>
      <w:r>
        <w:rPr>
          <w:b w:val="0"/>
          <w:i w:val="0"/>
        </w:rPr>
        <w:t>47119 Duisburg</w:t>
      </w:r>
    </w:p>
    <w:p>
      <w:pPr>
        <w:spacing w:after="360" w:before="560"/>
        <w:jc w:val="right"/>
      </w:pPr>
      <w:r>
        <w:rPr>
          <w:b w:val="0"/>
          <w:i w:val="0"/>
        </w:rPr>
        <w:t>[Ort], [Datum]</w:t>
      </w:r>
    </w:p>
    <w:p>
      <w:pPr>
        <w:spacing w:after="280"/>
      </w:pPr>
      <w:r>
        <w:rPr>
          <w:b/>
          <w:i w:val="0"/>
        </w:rPr>
        <w:t>Bewerbung als Fachkraft für Lagerlogistik im Versand</w:t>
      </w:r>
    </w:p>
    <w:p>
      <w:pPr>
        <w:spacing w:after="160"/>
      </w:pPr>
      <w:r>
        <w:rPr>
          <w:b w:val="0"/>
          <w:i w:val="0"/>
        </w:rPr>
        <w:t>Sehr geehrte Frau Beispiel,</w:t>
      </w:r>
    </w:p>
    <w:p>
      <w:pPr>
        <w:spacing w:after="160"/>
      </w:pPr>
      <w:r>
        <w:rPr>
          <w:b w:val="0"/>
          <w:i w:val="0"/>
        </w:rPr>
        <w:t>in Ihrer Anzeige suchen Sie eine Fachkraft für Lagerlogistik, die im Versand Verantwortung übernimmt. Genau das möchte ich als nächsten Schritt tun. Seit meiner Ausbildung arbeite ich in Wareneingang und Versand eines Ersatzteillagers und vertrete dort regelmäßig die Schichtleitung.</w:t>
      </w:r>
    </w:p>
    <w:p>
      <w:pPr>
        <w:spacing w:after="160"/>
      </w:pPr>
      <w:r>
        <w:rPr>
          <w:b w:val="0"/>
          <w:i w:val="0"/>
        </w:rPr>
        <w:t>Jeden Tag prüfe und buche ich Wareneingänge in SAP EWM, kommissioniere Aufträge per Handscanner und erstelle die Beladepläne für unsere Lkw. Dabei habe ich gelernt, dass ein sauber gesicherter Lkw und vollständige Papiere am Ende mehr Zeit sparen als jede Abkürzung.</w:t>
      </w:r>
    </w:p>
    <w:p>
      <w:pPr>
        <w:spacing w:after="160"/>
      </w:pPr>
      <w:r>
        <w:rPr>
          <w:b w:val="0"/>
          <w:i w:val="0"/>
        </w:rPr>
        <w:t>Den Fahrausweis für Front- und Schubmaststapler habe ich seit 2020, die Unterweisung nach 1.3 ADR habe ich zuletzt im Februar 2025 aufgefrischt. Schichtarbeit kenne ich aus meinem Alltag. Mit Pick-by-Light, das Sie in Ihrer Anzeige nennen, habe ich noch nicht gearbeitet. Die Abläufe dahinter kenne ich aber vom Scannen und arbeite mich gern ein.</w:t>
      </w:r>
    </w:p>
    <w:p>
      <w:pPr>
        <w:spacing w:after="160"/>
      </w:pPr>
      <w:r>
        <w:rPr>
          <w:b w:val="0"/>
          <w:i w:val="0"/>
          <w:color w:val="6B6B66"/>
        </w:rPr>
        <w:t>[Ersetze die Beispiele durch eigene, die Anforderungen aus deiner Anzeige belegen.]</w:t>
      </w:r>
    </w:p>
    <w:p>
      <w:pPr>
        <w:spacing w:after="160"/>
      </w:pPr>
      <w:r>
        <w:rPr>
          <w:b w:val="0"/>
          <w:i w:val="0"/>
        </w:rPr>
        <w:t>Ich kann zum 1. Februar 2027 bei Ihnen anfangen und komme gern zu einem Probetag. Ich freue mich auf Ihre Rückmeldung.</w:t>
      </w:r>
    </w:p>
    <w:p>
      <w:pPr>
        <w:spacing w:after="520" w:before="120"/>
      </w:pPr>
      <w:r>
        <w:rPr>
          <w:b w:val="0"/>
          <w:i w:val="0"/>
        </w:rPr>
        <w:t>Mit freundlichen Grüßen</w:t>
      </w:r>
    </w:p>
    <w:p>
      <w:pPr>
        <w:spacing w:after="280"/>
      </w:pPr>
      <w:r>
        <w:rPr>
          <w:b w:val="0"/>
          <w:i w:val="0"/>
        </w:rPr>
        <w:t>Deniz Beispiel</w:t>
      </w:r>
    </w:p>
    <w:p>
      <w:r>
        <w:rPr>
          <w:b w:val="0"/>
          <w:i w:val="0"/>
          <w:color w:val="6B6B66"/>
          <w:sz w:val="19"/>
        </w:rPr>
        <w:t>Anlagen: Lebenslauf, Abschlusszeugnis IHK, Arbeitszeugnis, Fahrausweis Flurförderzeuge</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hirezard.com/vorlagen/berufe/fachkraft-lagerlogistik</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fachkraft-lagerlogisti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Fachkraft für Lagerlogistik</dc:title>
  <dc:subject>Anschreiben Fachkraft für Lagerlogistik,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