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Nina Beispiel</w:t>
      </w:r>
    </w:p>
    <w:p>
      <w:pPr>
        <w:spacing w:after="0"/>
        <w:jc w:val="right"/>
      </w:pPr>
      <w:r>
        <w:rPr>
          <w:b w:val="0"/>
          <w:i w:val="0"/>
          <w:sz w:val="19"/>
        </w:rPr>
        <w:t>[Straße Hausnummer]</w:t>
      </w:r>
    </w:p>
    <w:p>
      <w:pPr>
        <w:spacing w:after="0"/>
        <w:jc w:val="right"/>
      </w:pPr>
      <w:r>
        <w:rPr>
          <w:b w:val="0"/>
          <w:i w:val="0"/>
          <w:sz w:val="19"/>
        </w:rPr>
        <w:t>[PLZ] Köln</w:t>
      </w:r>
    </w:p>
    <w:p>
      <w:pPr>
        <w:spacing w:after="0"/>
        <w:jc w:val="right"/>
      </w:pPr>
      <w:r>
        <w:rPr>
          <w:b w:val="0"/>
          <w:i w:val="0"/>
          <w:sz w:val="19"/>
        </w:rPr>
        <w:t>[Telefonnummer]</w:t>
      </w:r>
    </w:p>
    <w:p>
      <w:pPr>
        <w:spacing w:after="0"/>
        <w:jc w:val="right"/>
      </w:pPr>
      <w:r>
        <w:rPr>
          <w:b w:val="0"/>
          <w:i w:val="0"/>
          <w:sz w:val="19"/>
        </w:rPr>
        <w:t>nina.beispiel@example.com</w:t>
      </w:r>
    </w:p>
    <w:p>
      <w:pPr>
        <w:spacing w:after="360"/>
      </w:pPr>
    </w:p>
    <w:p>
      <w:pPr>
        <w:spacing w:after="0"/>
      </w:pPr>
      <w:r>
        <w:rPr>
          <w:b w:val="0"/>
          <w:i w:val="0"/>
        </w:rPr>
        <w:t>Musterfarbe Hair Studio</w:t>
      </w:r>
    </w:p>
    <w:p>
      <w:pPr>
        <w:spacing w:after="0"/>
      </w:pPr>
      <w:r>
        <w:rPr>
          <w:b w:val="0"/>
          <w:i w:val="0"/>
        </w:rPr>
        <w:t>Frau Beispiel</w:t>
      </w:r>
    </w:p>
    <w:p>
      <w:pPr>
        <w:spacing w:after="0"/>
      </w:pPr>
      <w:r>
        <w:rPr>
          <w:b w:val="0"/>
          <w:i w:val="0"/>
        </w:rPr>
        <w:t>[Straße Hausnummer]</w:t>
      </w:r>
    </w:p>
    <w:p>
      <w:pPr>
        <w:spacing w:after="0"/>
      </w:pPr>
      <w:r>
        <w:rPr>
          <w:b w:val="0"/>
          <w:i w:val="0"/>
        </w:rPr>
        <w:t>50672 Köln</w:t>
      </w:r>
    </w:p>
    <w:p>
      <w:pPr>
        <w:spacing w:after="360" w:before="560"/>
        <w:jc w:val="right"/>
      </w:pPr>
      <w:r>
        <w:rPr>
          <w:b w:val="0"/>
          <w:i w:val="0"/>
        </w:rPr>
        <w:t>[Ort], [Datum]</w:t>
      </w:r>
    </w:p>
    <w:p>
      <w:pPr>
        <w:spacing w:after="280"/>
      </w:pPr>
      <w:r>
        <w:rPr>
          <w:b/>
          <w:i w:val="0"/>
        </w:rPr>
        <w:t>Bewerbung als Friseurin mit Schwerpunkt Farbe</w:t>
      </w:r>
    </w:p>
    <w:p>
      <w:pPr>
        <w:spacing w:after="160"/>
      </w:pPr>
      <w:r>
        <w:rPr>
          <w:b w:val="0"/>
          <w:i w:val="0"/>
        </w:rPr>
        <w:t>Sehr geehrte Frau Beispiel,</w:t>
      </w:r>
    </w:p>
    <w:p>
      <w:pPr>
        <w:spacing w:after="160"/>
      </w:pPr>
      <w:r>
        <w:rPr>
          <w:b w:val="0"/>
          <w:i w:val="0"/>
        </w:rPr>
        <w:t>auf Ihrer Seite habe ich die Balayage-Arbeiten Ihres Teams gesehen: weiche Übergänge, keine harten Ansätze. Genau so arbeite ich am liebsten. Deshalb bewerbe ich mich bei Ihnen als Friseurin mit Schwerpunkt Farbe.</w:t>
      </w:r>
    </w:p>
    <w:p>
      <w:pPr>
        <w:spacing w:after="160"/>
      </w:pPr>
      <w:r>
        <w:rPr>
          <w:b w:val="0"/>
          <w:i w:val="0"/>
        </w:rPr>
        <w:t>Im Salon Musterschnitt betreue ich seit vier Jahren eine eigene Stammkundschaft. Ich berate zu Schnitt und Farbe, führe Colorationen, Balayage und Foliensträhnen aus und leite unsere Auszubildenden bei ersten Farbanwendungen an. In der Ausbildung habe ich die Wahlqualifikation Coloration gewählt. Fotos einiger meiner Arbeiten finden Sie im Anhang.</w:t>
      </w:r>
    </w:p>
    <w:p>
      <w:pPr>
        <w:spacing w:after="160"/>
      </w:pPr>
      <w:r>
        <w:rPr>
          <w:b w:val="0"/>
          <w:i w:val="0"/>
        </w:rPr>
        <w:t>Extensions habe ich bisher nur in der Ausbildung geübt und nicht an Kundinnen gearbeitet. Wenn Sie diese Leistung anbieten, würde ich gern ein Seminar dazu machen. Samstags und an zwei Spätabenden pro Woche kann ich fest arbeiten.</w:t>
      </w:r>
    </w:p>
    <w:p>
      <w:pPr>
        <w:spacing w:after="160"/>
      </w:pPr>
      <w:r>
        <w:rPr>
          <w:b w:val="0"/>
          <w:i w:val="0"/>
          <w:color w:val="6B6B66"/>
        </w:rPr>
        <w:t>[Ersetze die Beispiele durch eigene, die Anforderungen aus deiner Anzeige belegen.]</w:t>
      </w:r>
    </w:p>
    <w:p>
      <w:pPr>
        <w:spacing w:after="160"/>
      </w:pPr>
      <w:r>
        <w:rPr>
          <w:b w:val="0"/>
          <w:i w:val="0"/>
        </w:rPr>
        <w:t>Ich kann zum 1. Januar 2027 bei Ihnen anfangen. Gern komme ich mit einem Modell zu einem Probetag. Ich freue mich auf Ihre Rückmeldung.</w:t>
      </w:r>
    </w:p>
    <w:p>
      <w:pPr>
        <w:spacing w:after="520" w:before="120"/>
      </w:pPr>
      <w:r>
        <w:rPr>
          <w:b w:val="0"/>
          <w:i w:val="0"/>
        </w:rPr>
        <w:t>Mit freundlichen Grüßen</w:t>
      </w:r>
    </w:p>
    <w:p>
      <w:pPr>
        <w:spacing w:after="280"/>
      </w:pPr>
      <w:r>
        <w:rPr>
          <w:b w:val="0"/>
          <w:i w:val="0"/>
        </w:rPr>
        <w:t>Nina Beispiel</w:t>
      </w:r>
    </w:p>
    <w:p>
      <w:r>
        <w:rPr>
          <w:b w:val="0"/>
          <w:i w:val="0"/>
          <w:color w:val="6B6B66"/>
          <w:sz w:val="19"/>
        </w:rPr>
        <w:t>Anlagen: Lebenslauf, Gesellenbrief, Arbeitszeugnis, Fotos eigener Arbeiten</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hirezard.com/vorlagen/berufe/friseur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friseu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Friseur/in</dc:title>
  <dc:subject>Anschreiben Friseur/in,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