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Klaus Beispiel</w:t>
      </w:r>
    </w:p>
    <w:p>
      <w:pPr>
        <w:spacing w:after="0"/>
        <w:jc w:val="right"/>
      </w:pPr>
      <w:r>
        <w:rPr>
          <w:b w:val="0"/>
          <w:i w:val="0"/>
          <w:sz w:val="19"/>
        </w:rPr>
        <w:t>[Straße Hausnummer]</w:t>
      </w:r>
    </w:p>
    <w:p>
      <w:pPr>
        <w:spacing w:after="0"/>
        <w:jc w:val="right"/>
      </w:pPr>
      <w:r>
        <w:rPr>
          <w:b w:val="0"/>
          <w:i w:val="0"/>
          <w:sz w:val="19"/>
        </w:rPr>
        <w:t>[PLZ] Nürnberg</w:t>
      </w:r>
    </w:p>
    <w:p>
      <w:pPr>
        <w:spacing w:after="0"/>
        <w:jc w:val="right"/>
      </w:pPr>
      <w:r>
        <w:rPr>
          <w:b w:val="0"/>
          <w:i w:val="0"/>
          <w:sz w:val="19"/>
        </w:rPr>
        <w:t>[Telefonnummer]</w:t>
      </w:r>
    </w:p>
    <w:p>
      <w:pPr>
        <w:spacing w:after="0"/>
        <w:jc w:val="right"/>
      </w:pPr>
      <w:r>
        <w:rPr>
          <w:b w:val="0"/>
          <w:i w:val="0"/>
          <w:sz w:val="19"/>
        </w:rPr>
        <w:t>klaus.beispiel@example.com</w:t>
      </w:r>
    </w:p>
    <w:p>
      <w:pPr>
        <w:spacing w:after="360"/>
      </w:pPr>
    </w:p>
    <w:p>
      <w:pPr>
        <w:spacing w:after="0"/>
      </w:pPr>
      <w:r>
        <w:rPr>
          <w:b w:val="0"/>
          <w:i w:val="0"/>
        </w:rPr>
        <w:t>Muster Hausverwaltung GmbH</w:t>
      </w:r>
    </w:p>
    <w:p>
      <w:pPr>
        <w:spacing w:after="0"/>
      </w:pPr>
      <w:r>
        <w:rPr>
          <w:b w:val="0"/>
          <w:i w:val="0"/>
        </w:rPr>
        <w:t>Frau Beispiel</w:t>
      </w:r>
    </w:p>
    <w:p>
      <w:pPr>
        <w:spacing w:after="0"/>
      </w:pPr>
      <w:r>
        <w:rPr>
          <w:b w:val="0"/>
          <w:i w:val="0"/>
        </w:rPr>
        <w:t>[Straße Hausnummer]</w:t>
      </w:r>
    </w:p>
    <w:p>
      <w:pPr>
        <w:spacing w:after="0"/>
      </w:pPr>
      <w:r>
        <w:rPr>
          <w:b w:val="0"/>
          <w:i w:val="0"/>
        </w:rPr>
        <w:t>90402 Nürnberg</w:t>
      </w:r>
    </w:p>
    <w:p>
      <w:pPr>
        <w:spacing w:after="360" w:before="560"/>
        <w:jc w:val="right"/>
      </w:pPr>
      <w:r>
        <w:rPr>
          <w:b w:val="0"/>
          <w:i w:val="0"/>
        </w:rPr>
        <w:t>[Ort], [Datum]</w:t>
      </w:r>
    </w:p>
    <w:p>
      <w:pPr>
        <w:spacing w:after="280"/>
      </w:pPr>
      <w:r>
        <w:rPr>
          <w:b/>
          <w:i w:val="0"/>
        </w:rPr>
        <w:t>Bewerbung als Hausmeister für Ihre Wohnanlagen</w:t>
      </w:r>
    </w:p>
    <w:p>
      <w:pPr>
        <w:spacing w:after="160"/>
      </w:pPr>
      <w:r>
        <w:rPr>
          <w:b w:val="0"/>
          <w:i w:val="0"/>
        </w:rPr>
        <w:t>Sehr geehrte Frau Beispiel,</w:t>
      </w:r>
    </w:p>
    <w:p>
      <w:pPr>
        <w:spacing w:after="160"/>
      </w:pPr>
      <w:r>
        <w:rPr>
          <w:b w:val="0"/>
          <w:i w:val="0"/>
        </w:rPr>
        <w:t>seit acht Jahren betreue ich als Hausmeister eine Wohnanlage in Nürnberg. Gelernt habe ich als Gas- und Wasserinstallateur, und vieles, was in einem Haus kaputtgeht, kann ich selbst reparieren. Für Ihre Wohnanlagen suchen Sie genau so jemanden.</w:t>
      </w:r>
    </w:p>
    <w:p>
      <w:pPr>
        <w:spacing w:after="160"/>
      </w:pPr>
      <w:r>
        <w:rPr>
          <w:b w:val="0"/>
          <w:i w:val="0"/>
        </w:rPr>
        <w:t>Ich erledige Reparaturen an Türen, Armaturen und Spülkästen, kontrolliere Heizung und Aufzüge und begleite die Fachfirmen, wenn eine Wartung oder größere Reparatur ansteht. Für die Mieterinnen und Mieter bin ich die erste Ansprechperson. Die Weiterbildung zum Haustechniker und die Qualifikation als Elektrofachkraft für festgelegte Tätigkeiten habe ich berufsbegleitend gemacht.</w:t>
      </w:r>
    </w:p>
    <w:p>
      <w:pPr>
        <w:spacing w:after="160"/>
      </w:pPr>
      <w:r>
        <w:rPr>
          <w:b w:val="0"/>
          <w:i w:val="0"/>
        </w:rPr>
        <w:t>Sie betreuen auch Gewerbeeinheiten mit Lüftungsanlagen. Mit Lüftungstechnik habe ich bisher nur in Grundzügen gearbeitet. Ich arbeite mich gern ein und würde dafür eine Schulung besuchen.</w:t>
      </w:r>
    </w:p>
    <w:p>
      <w:pPr>
        <w:spacing w:after="160"/>
      </w:pPr>
      <w:r>
        <w:rPr>
          <w:b w:val="0"/>
          <w:i w:val="0"/>
          <w:color w:val="6B6B66"/>
        </w:rPr>
        <w:t>[Ersetze die Beispiele durch eigene, die Anforderungen aus deiner Anzeige belegen.]</w:t>
      </w:r>
    </w:p>
    <w:p>
      <w:pPr>
        <w:spacing w:after="160"/>
      </w:pPr>
      <w:r>
        <w:rPr>
          <w:b w:val="0"/>
          <w:i w:val="0"/>
        </w:rPr>
        <w:t>Winterdienst und Rufbereitschaft kenne ich und übernehme sie gern. Ich kann zum 1. Februar 2027 bei Ihnen beginnen und freue mich auf ein Gespräch.</w:t>
      </w:r>
    </w:p>
    <w:p>
      <w:pPr>
        <w:spacing w:after="520" w:before="120"/>
      </w:pPr>
      <w:r>
        <w:rPr>
          <w:b w:val="0"/>
          <w:i w:val="0"/>
        </w:rPr>
        <w:t>Mit freundlichen Grüßen</w:t>
      </w:r>
    </w:p>
    <w:p>
      <w:pPr>
        <w:spacing w:after="280"/>
      </w:pPr>
      <w:r>
        <w:rPr>
          <w:b w:val="0"/>
          <w:i w:val="0"/>
        </w:rPr>
        <w:t>Klaus Beispiel</w:t>
      </w:r>
    </w:p>
    <w:p>
      <w:r>
        <w:rPr>
          <w:b w:val="0"/>
          <w:i w:val="0"/>
          <w:color w:val="6B6B66"/>
          <w:sz w:val="19"/>
        </w:rPr>
        <w:t>Anlagen: Lebenslauf, Gesellenbrief, Arbeitszeugnisse, Nachweis Weiterbildung Haustechniker</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hirezard.com/vorlagen/berufe/hausmeister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hausmeist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Hausmeister/in</dc:title>
  <dc:subject>Anschreiben Hausmeister/in,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