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Tobias Beispiel</w:t>
      </w:r>
    </w:p>
    <w:p>
      <w:pPr>
        <w:spacing w:after="0"/>
        <w:jc w:val="right"/>
      </w:pPr>
      <w:r>
        <w:rPr>
          <w:b w:val="0"/>
          <w:i w:val="0"/>
          <w:sz w:val="19"/>
        </w:rPr>
        <w:t>[Straße Hausnummer]</w:t>
      </w:r>
    </w:p>
    <w:p>
      <w:pPr>
        <w:spacing w:after="0"/>
        <w:jc w:val="right"/>
      </w:pPr>
      <w:r>
        <w:rPr>
          <w:b w:val="0"/>
          <w:i w:val="0"/>
          <w:sz w:val="19"/>
        </w:rPr>
        <w:t>[PLZ] Berlin</w:t>
      </w:r>
    </w:p>
    <w:p>
      <w:pPr>
        <w:spacing w:after="0"/>
        <w:jc w:val="right"/>
      </w:pPr>
      <w:r>
        <w:rPr>
          <w:b w:val="0"/>
          <w:i w:val="0"/>
          <w:sz w:val="19"/>
        </w:rPr>
        <w:t>[Telefonnummer]</w:t>
      </w:r>
    </w:p>
    <w:p>
      <w:pPr>
        <w:spacing w:after="0"/>
        <w:jc w:val="right"/>
      </w:pPr>
      <w:r>
        <w:rPr>
          <w:b w:val="0"/>
          <w:i w:val="0"/>
          <w:sz w:val="19"/>
        </w:rPr>
        <w:t>tobias.beispiel@example.com</w:t>
      </w:r>
    </w:p>
    <w:p>
      <w:pPr>
        <w:spacing w:after="360"/>
      </w:pPr>
    </w:p>
    <w:p>
      <w:pPr>
        <w:spacing w:after="0"/>
      </w:pPr>
      <w:r>
        <w:rPr>
          <w:b w:val="0"/>
          <w:i w:val="0"/>
        </w:rPr>
        <w:t>Musterhotels Berlin GmbH, Haus am Gendarmenmarkt</w:t>
      </w:r>
    </w:p>
    <w:p>
      <w:pPr>
        <w:spacing w:after="0"/>
      </w:pPr>
      <w:r>
        <w:rPr>
          <w:b w:val="0"/>
          <w:i w:val="0"/>
        </w:rPr>
        <w:t>Frau Beispiel, Front Office Management</w:t>
      </w:r>
    </w:p>
    <w:p>
      <w:pPr>
        <w:spacing w:after="0"/>
      </w:pPr>
      <w:r>
        <w:rPr>
          <w:b w:val="0"/>
          <w:i w:val="0"/>
        </w:rPr>
        <w:t>[Straße Hausnummer]</w:t>
      </w:r>
    </w:p>
    <w:p>
      <w:pPr>
        <w:spacing w:after="0"/>
      </w:pPr>
      <w:r>
        <w:rPr>
          <w:b w:val="0"/>
          <w:i w:val="0"/>
        </w:rPr>
        <w:t>10117 Berlin</w:t>
      </w:r>
    </w:p>
    <w:p>
      <w:pPr>
        <w:spacing w:after="360" w:before="560"/>
        <w:jc w:val="right"/>
      </w:pPr>
      <w:r>
        <w:rPr>
          <w:b w:val="0"/>
          <w:i w:val="0"/>
        </w:rPr>
        <w:t>[Ort], [Datum]</w:t>
      </w:r>
    </w:p>
    <w:p>
      <w:pPr>
        <w:spacing w:after="280"/>
      </w:pPr>
      <w:r>
        <w:rPr>
          <w:b/>
          <w:i w:val="0"/>
        </w:rPr>
        <w:t>Bewerbung als Schichtleiter Front Office</w:t>
      </w:r>
    </w:p>
    <w:p>
      <w:pPr>
        <w:spacing w:after="160"/>
      </w:pPr>
      <w:r>
        <w:rPr>
          <w:b w:val="0"/>
          <w:i w:val="0"/>
        </w:rPr>
        <w:t>Sehr geehrte Frau Beispiel,</w:t>
      </w:r>
    </w:p>
    <w:p>
      <w:pPr>
        <w:spacing w:after="160"/>
      </w:pPr>
      <w:r>
        <w:rPr>
          <w:b w:val="0"/>
          <w:i w:val="0"/>
        </w:rPr>
        <w:t>an der Rezeption entscheidet sich in den ersten Minuten, wie sich ein Gast im Haus fühlt. Seit drei Jahren sorge ich dafür, dass dieser erste Eindruck stimmt. Jetzt möchte ich als Schichtleiter Verantwortung für ein Team übernehmen, und Ihre Ausschreibung passt genau zu diesem Schritt.</w:t>
      </w:r>
    </w:p>
    <w:p>
      <w:pPr>
        <w:spacing w:after="160"/>
      </w:pPr>
      <w:r>
        <w:rPr>
          <w:b w:val="0"/>
          <w:i w:val="0"/>
        </w:rPr>
        <w:t>Im Beispiel Stadthotel Mitte checke ich Gäste ein und aus, pflege Reservierungen aus Buchungsportalen und kläre Beschwerden direkt am Empfang. Im Spätdienst vertrete ich regelmäßig die Schichtleitung und arbeite neue Kolleginnen ein. Ein Beispiel: Als bei einer Großgruppe falsche Zimmer gebucht waren, habe ich mit Housekeeping und Verkauf in kurzer Zeit Ersatz organisiert und die Gruppe ohne lange Wartezeit untergebracht.</w:t>
      </w:r>
    </w:p>
    <w:p>
      <w:pPr>
        <w:spacing w:after="160"/>
      </w:pPr>
      <w:r>
        <w:rPr>
          <w:b w:val="0"/>
          <w:i w:val="0"/>
        </w:rPr>
        <w:t>Dienstpläne habe ich bisher nicht eigenständig erstellt, sondern nur mitgeplant. Diesen Teil der Schichtleitung würde ich gern bei Ihnen lernen. Ihre Hotelsoftware kenne ich nicht, die Abläufe sind mir aber aus meinem jetzigen Programm vertraut.</w:t>
      </w:r>
    </w:p>
    <w:p>
      <w:pPr>
        <w:spacing w:after="160"/>
      </w:pPr>
      <w:r>
        <w:rPr>
          <w:b w:val="0"/>
          <w:i w:val="0"/>
          <w:color w:val="6B6B66"/>
        </w:rPr>
        <w:t>[Ersetze die Beispiele durch eigene, die Anforderungen aus deiner Anzeige belegen.]</w:t>
      </w:r>
    </w:p>
    <w:p>
      <w:pPr>
        <w:spacing w:after="160"/>
      </w:pPr>
      <w:r>
        <w:rPr>
          <w:b w:val="0"/>
          <w:i w:val="0"/>
        </w:rPr>
        <w:t>Ich kann zum 1. Februar 2027 beginnen und übernehme Früh-, Spät- und Wochenenddienste. Über eine Einladung zum Gespräch freue ich mich.</w:t>
      </w:r>
    </w:p>
    <w:p>
      <w:pPr>
        <w:spacing w:after="520" w:before="120"/>
      </w:pPr>
      <w:r>
        <w:rPr>
          <w:b w:val="0"/>
          <w:i w:val="0"/>
        </w:rPr>
        <w:t>Mit freundlichen Grüßen</w:t>
      </w:r>
    </w:p>
    <w:p>
      <w:pPr>
        <w:spacing w:after="280"/>
      </w:pPr>
      <w:r>
        <w:rPr>
          <w:b w:val="0"/>
          <w:i w:val="0"/>
        </w:rPr>
        <w:t>Tobias Beispiel</w:t>
      </w:r>
    </w:p>
    <w:p>
      <w:r>
        <w:rPr>
          <w:b w:val="0"/>
          <w:i w:val="0"/>
          <w:color w:val="6B6B66"/>
          <w:sz w:val="19"/>
        </w:rPr>
        <w:t>Anlagen: Lebenslauf, IHK-Abschlusszeugnis, Arbeitszeugnisse, Sprachnachweis Spanisch</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hirezard.com/vorlagen/berufe/hotelfachmann</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hotelfachman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Hotelfachmann/-frau</dc:title>
  <dc:subject>Anschreiben Hotelfachmann/-frau,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