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9356"/>
        <w:tblBorders>
          <w:top w:val="nil"/>
          <w:left w:val="nil"/>
          <w:bottom w:val="nil"/>
          <w:right w:val="nil"/>
          <w:insideH w:val="nil"/>
          <w:insideV w:val="nil"/>
        </w:tblBorders>
        <w:tblLayout w:type="fixed"/>
        <w:tblLook w:firstColumn="1" w:firstRow="1" w:lastColumn="0" w:lastRow="0" w:noHBand="0" w:noVBand="1" w:val="04A0"/>
      </w:tblPr>
      <w:tblGrid>
        <w:gridCol w:w="9355"/>
      </w:tblGrid>
      <w:tr>
        <w:tc>
          <w:tcPr>
            <w:tcW w:type="dxa" w:w="9355"/>
            <w:shd w:val="clear" w:color="auto" w:fill="F2F1EC"/>
          </w:tcPr>
          <w:p>
            <w:r/>
            <w:r>
              <w:rPr>
                <w:i/>
                <w:color w:val="6B6B66"/>
                <w:sz w:val="17"/>
              </w:rPr>
              <w:t>Beispiel: Alle Angaben in dieser Vorlage sind erfunden. Ersetze die Texte und die Angaben in [eckigen Klammern] durch deine eigenen und lösche diesen Hinweis.</w:t>
            </w:r>
          </w:p>
        </w:tc>
      </w:tr>
    </w:tbl>
    <w:p>
      <w:pPr>
        <w:spacing w:after="40"/>
      </w:pPr>
    </w:p>
    <w:p>
      <w:pPr>
        <w:spacing w:after="0"/>
        <w:jc w:val="right"/>
      </w:pPr>
      <w:r>
        <w:rPr>
          <w:b/>
          <w:i w:val="0"/>
          <w:sz w:val="22"/>
        </w:rPr>
        <w:t>Maximilian Beispiel</w:t>
      </w:r>
    </w:p>
    <w:p>
      <w:pPr>
        <w:spacing w:after="0"/>
        <w:jc w:val="right"/>
      </w:pPr>
      <w:r>
        <w:rPr>
          <w:b w:val="0"/>
          <w:i w:val="0"/>
          <w:sz w:val="19"/>
        </w:rPr>
        <w:t>[Straße Hausnummer]</w:t>
      </w:r>
    </w:p>
    <w:p>
      <w:pPr>
        <w:spacing w:after="0"/>
        <w:jc w:val="right"/>
      </w:pPr>
      <w:r>
        <w:rPr>
          <w:b w:val="0"/>
          <w:i w:val="0"/>
          <w:sz w:val="19"/>
        </w:rPr>
        <w:t>[PLZ] Stuttgart</w:t>
      </w:r>
    </w:p>
    <w:p>
      <w:pPr>
        <w:spacing w:after="0"/>
        <w:jc w:val="right"/>
      </w:pPr>
      <w:r>
        <w:rPr>
          <w:b w:val="0"/>
          <w:i w:val="0"/>
          <w:sz w:val="19"/>
        </w:rPr>
        <w:t>[Telefonnummer]</w:t>
      </w:r>
    </w:p>
    <w:p>
      <w:pPr>
        <w:spacing w:after="0"/>
        <w:jc w:val="right"/>
      </w:pPr>
      <w:r>
        <w:rPr>
          <w:b w:val="0"/>
          <w:i w:val="0"/>
          <w:sz w:val="19"/>
        </w:rPr>
        <w:t>maximilian.beispiel@example.com</w:t>
      </w:r>
    </w:p>
    <w:p>
      <w:pPr>
        <w:spacing w:after="360"/>
      </w:pPr>
    </w:p>
    <w:p>
      <w:pPr>
        <w:spacing w:after="0"/>
      </w:pPr>
      <w:r>
        <w:rPr>
          <w:b w:val="0"/>
          <w:i w:val="0"/>
        </w:rPr>
        <w:t>Beispiel Antriebstechnik GmbH</w:t>
      </w:r>
    </w:p>
    <w:p>
      <w:pPr>
        <w:spacing w:after="0"/>
      </w:pPr>
      <w:r>
        <w:rPr>
          <w:b w:val="0"/>
          <w:i w:val="0"/>
        </w:rPr>
        <w:t>Frau Muster</w:t>
      </w:r>
    </w:p>
    <w:p>
      <w:pPr>
        <w:spacing w:after="0"/>
      </w:pPr>
      <w:r>
        <w:rPr>
          <w:b w:val="0"/>
          <w:i w:val="0"/>
        </w:rPr>
        <w:t>[Straße Hausnummer]</w:t>
      </w:r>
    </w:p>
    <w:p>
      <w:pPr>
        <w:spacing w:after="0"/>
      </w:pPr>
      <w:r>
        <w:rPr>
          <w:b w:val="0"/>
          <w:i w:val="0"/>
        </w:rPr>
        <w:t>70565 Stuttgart</w:t>
      </w:r>
    </w:p>
    <w:p>
      <w:pPr>
        <w:spacing w:after="360" w:before="560"/>
        <w:jc w:val="right"/>
      </w:pPr>
      <w:r>
        <w:rPr>
          <w:b w:val="0"/>
          <w:i w:val="0"/>
        </w:rPr>
        <w:t>[Ort], [Datum]</w:t>
      </w:r>
    </w:p>
    <w:p>
      <w:pPr>
        <w:spacing w:after="280"/>
      </w:pPr>
      <w:r>
        <w:rPr>
          <w:b/>
          <w:i w:val="0"/>
        </w:rPr>
        <w:t>Bewerbung als Industriekaufmann im strategischen Einkauf</w:t>
      </w:r>
    </w:p>
    <w:p>
      <w:pPr>
        <w:spacing w:after="160"/>
      </w:pPr>
      <w:r>
        <w:rPr>
          <w:b w:val="0"/>
          <w:i w:val="0"/>
        </w:rPr>
        <w:t>Sehr geehrte Frau Muster,</w:t>
      </w:r>
    </w:p>
    <w:p>
      <w:pPr>
        <w:spacing w:after="160"/>
      </w:pPr>
      <w:r>
        <w:rPr>
          <w:b w:val="0"/>
          <w:i w:val="0"/>
        </w:rPr>
        <w:t>seit drei Jahren sorge ich im operativen Einkauf eines Maschinenbauers dafür, dass Normteile und Zukaufteile rechtzeitig in der Montage ankommen. In Ihrer Anzeige suchen Sie jemanden, der den Einkauf nicht nur abwickelt, sondern Lieferanten auswählt und entwickelt. Diesen Schritt möchte ich bei Ihnen gehen.</w:t>
      </w:r>
    </w:p>
    <w:p>
      <w:pPr>
        <w:spacing w:after="160"/>
      </w:pPr>
      <w:r>
        <w:rPr>
          <w:b w:val="0"/>
          <w:i w:val="0"/>
        </w:rPr>
        <w:t>Im Alltag hole ich Angebote ein, vergleiche sie und lege Bestellungen in SAP MM an. Wenn ein Liefertermin wackelt, suche ich mit Lieferant und Produktionsplanung früh nach einer Lösung, statt auf den Termin zu warten. Für die jährliche Lieferantenbewertung bereite ich Liefertreue und Reklamationen auf. So habe ich gelernt, welche Kriterien bei der Auswahl wirklich zählen.</w:t>
      </w:r>
    </w:p>
    <w:p>
      <w:pPr>
        <w:spacing w:after="160"/>
      </w:pPr>
      <w:r>
        <w:rPr>
          <w:b w:val="0"/>
          <w:i w:val="0"/>
        </w:rPr>
        <w:t>Eigene Jahresverhandlungen habe ich bisher nicht geführt, sondern vorbereitet und begleitet. Um mich gezielt weiterzuentwickeln, mache ich berufsbegleitend die Weiterbildung zum Geprüften Industriefachwirt und schließe sie voraussichtlich 2027 ab.</w:t>
      </w:r>
    </w:p>
    <w:p>
      <w:pPr>
        <w:spacing w:after="160"/>
      </w:pPr>
      <w:r>
        <w:rPr>
          <w:b w:val="0"/>
          <w:i w:val="0"/>
          <w:color w:val="6B6B66"/>
        </w:rPr>
        <w:t>[Ersetze die Beispiele durch eigene, die Anforderungen aus deiner Anzeige belegen.]</w:t>
      </w:r>
    </w:p>
    <w:p>
      <w:pPr>
        <w:spacing w:after="160"/>
      </w:pPr>
      <w:r>
        <w:rPr>
          <w:b w:val="0"/>
          <w:i w:val="0"/>
        </w:rPr>
        <w:t>Ich kann mit drei Monaten Kündigungsfrist zum Quartalsende bei Ihnen anfangen. Über eine Einladung zum Gespräch freue ich mich.</w:t>
      </w:r>
    </w:p>
    <w:p>
      <w:pPr>
        <w:spacing w:after="520" w:before="120"/>
      </w:pPr>
      <w:r>
        <w:rPr>
          <w:b w:val="0"/>
          <w:i w:val="0"/>
        </w:rPr>
        <w:t>Mit freundlichen Grüßen</w:t>
      </w:r>
    </w:p>
    <w:p>
      <w:pPr>
        <w:spacing w:after="280"/>
      </w:pPr>
      <w:r>
        <w:rPr>
          <w:b w:val="0"/>
          <w:i w:val="0"/>
        </w:rPr>
        <w:t>Maximilian Beispiel</w:t>
      </w:r>
    </w:p>
    <w:p>
      <w:r>
        <w:rPr>
          <w:b w:val="0"/>
          <w:i w:val="0"/>
          <w:color w:val="6B6B66"/>
          <w:sz w:val="19"/>
        </w:rPr>
        <w:t>Anlagen: Lebenslauf, IHK-Abschlusszeugnis, Arbeitszeugnis, Anmeldebestätigung Industriefachwirt</w:t>
      </w:r>
    </w:p>
    <w:p>
      <w:pPr>
        <w:spacing w:before="360"/>
      </w:pPr>
      <w:r>
        <w:rPr>
          <w:b w:val="0"/>
          <w:i w:val="0"/>
          <w:color w:val="6B6B66"/>
          <w:sz w:val="17"/>
        </w:rPr>
        <w:t xml:space="preserve">Dieses Anschreiben in 32 Designs gestalten und mit dem KI-Coach an deine Stelle anpassen: </w:t>
      </w:r>
      <w:hyperlink r:id="rId10">
        <w:r>
          <w:rPr>
            <w:color w:val="6B6B66"/>
            <w:sz w:val="17"/>
            <w:u w:val="single"/>
          </w:rPr>
          <w:t>hirezard.com/vorlagen/berufe/industriekaufmann</w:t>
        </w:r>
      </w:hyperlink>
    </w:p>
    <w:sectPr w:rsidR="00FC693F" w:rsidRPr="0006063C" w:rsidSect="00034616">
      <w:footerReference w:type="default" r:id="rId9"/>
      <w:pgSz w:w="11906" w:h="16838"/>
      <w:pgMar w:top="1020" w:right="1134" w:bottom="1304" w:left="1417" w:header="720"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6B66"/>
        <w:sz w:val="16"/>
      </w:rPr>
      <w:t xml:space="preserve">Vorlage von hirezard.com · Schneller geht es mit Hirezard: </w:t>
    </w:r>
    <w:hyperlink r:id="rId1">
      <w:r>
        <w:rPr>
          <w:color w:val="6B6B66"/>
          <w:sz w:val="16"/>
          <w:u w:val="single"/>
        </w:rPr>
        <w:t>hirezard.com</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Arial" w:hAnsi="Arial" w:eastAsia="Arial"/>
      <w:color w:val="1A1A1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hirezard.com/vorlagen/berufe/industriekaufmann"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hirezar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Anschreiben Vorlage Industriekaufmann/Industriekauffrau</dc:title>
  <dc:subject>Anschreiben Industriekaufmann/Industriekauffrau, Beispiel mit Platzhaltern, angelehnt an DIN 5008</dc:subject>
  <dc:creator>hirezard.com</dc:creator>
  <cp:keywords>Vorlage, Bewerbung, hirezard.com</cp:keywords>
  <dc:description>Vorlage von hirezard.com. Schneller geht es mit Hirezard: Lebenslauf und Anschreiben mit dem KI-Coach erstellen, in 32 Designs, auf hirezard.com</dc:description>
  <cp:lastModifiedBy>hirezard.com</cp:lastModifiedBy>
  <cp:revision>1</cp:revision>
  <dcterms:created xsi:type="dcterms:W3CDTF">2026-10-21T09:00:00Z</dcterms:created>
  <dcterms:modified xsi:type="dcterms:W3CDTF">2026-10-21T09:00:00Z</dcterms:modified>
  <cp:category>Bewerbungsvorlage</cp:category>
  <dc:language>de-DE</dc:language>
</cp:coreProperties>
</file>