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Michael Beispiel</w:t>
      </w:r>
    </w:p>
    <w:p>
      <w:pPr>
        <w:spacing w:after="0"/>
        <w:jc w:val="right"/>
      </w:pPr>
      <w:r>
        <w:rPr>
          <w:b w:val="0"/>
          <w:i w:val="0"/>
          <w:sz w:val="19"/>
        </w:rPr>
        <w:t>[Straße Hausnummer]</w:t>
      </w:r>
    </w:p>
    <w:p>
      <w:pPr>
        <w:spacing w:after="0"/>
        <w:jc w:val="right"/>
      </w:pPr>
      <w:r>
        <w:rPr>
          <w:b w:val="0"/>
          <w:i w:val="0"/>
          <w:sz w:val="19"/>
        </w:rPr>
        <w:t>[PLZ] Chemnitz</w:t>
      </w:r>
    </w:p>
    <w:p>
      <w:pPr>
        <w:spacing w:after="0"/>
        <w:jc w:val="right"/>
      </w:pPr>
      <w:r>
        <w:rPr>
          <w:b w:val="0"/>
          <w:i w:val="0"/>
          <w:sz w:val="19"/>
        </w:rPr>
        <w:t>[Telefonnummer]</w:t>
      </w:r>
    </w:p>
    <w:p>
      <w:pPr>
        <w:spacing w:after="0"/>
        <w:jc w:val="right"/>
      </w:pPr>
      <w:r>
        <w:rPr>
          <w:b w:val="0"/>
          <w:i w:val="0"/>
          <w:sz w:val="19"/>
        </w:rPr>
        <w:t>michael.beispiel@example.com</w:t>
      </w:r>
    </w:p>
    <w:p>
      <w:pPr>
        <w:spacing w:after="360"/>
      </w:pPr>
    </w:p>
    <w:p>
      <w:pPr>
        <w:spacing w:after="0"/>
      </w:pPr>
      <w:r>
        <w:rPr>
          <w:b w:val="0"/>
          <w:i w:val="0"/>
        </w:rPr>
        <w:t>Beispiel Kunststofftechnik GmbH</w:t>
      </w:r>
    </w:p>
    <w:p>
      <w:pPr>
        <w:spacing w:after="0"/>
      </w:pPr>
      <w:r>
        <w:rPr>
          <w:b w:val="0"/>
          <w:i w:val="0"/>
        </w:rPr>
        <w:t>Frau Beispiel</w:t>
      </w:r>
    </w:p>
    <w:p>
      <w:pPr>
        <w:spacing w:after="0"/>
      </w:pPr>
      <w:r>
        <w:rPr>
          <w:b w:val="0"/>
          <w:i w:val="0"/>
        </w:rPr>
        <w:t>[Straße Hausnummer]</w:t>
      </w:r>
    </w:p>
    <w:p>
      <w:pPr>
        <w:spacing w:after="0"/>
      </w:pPr>
      <w:r>
        <w:rPr>
          <w:b w:val="0"/>
          <w:i w:val="0"/>
        </w:rPr>
        <w:t>09111 Chemnitz</w:t>
      </w:r>
    </w:p>
    <w:p>
      <w:pPr>
        <w:spacing w:after="360" w:before="560"/>
        <w:jc w:val="right"/>
      </w:pPr>
      <w:r>
        <w:rPr>
          <w:b w:val="0"/>
          <w:i w:val="0"/>
        </w:rPr>
        <w:t>[Ort], [Datum]</w:t>
      </w:r>
    </w:p>
    <w:p>
      <w:pPr>
        <w:spacing w:after="280"/>
      </w:pPr>
      <w:r>
        <w:rPr>
          <w:b/>
          <w:i w:val="0"/>
        </w:rPr>
        <w:t>Bewerbung als Industriemechaniker in der Instandhaltung</w:t>
      </w:r>
    </w:p>
    <w:p>
      <w:pPr>
        <w:spacing w:after="160"/>
      </w:pPr>
      <w:r>
        <w:rPr>
          <w:b w:val="0"/>
          <w:i w:val="0"/>
        </w:rPr>
        <w:t>Sehr geehrte Frau Beispiel,</w:t>
      </w:r>
    </w:p>
    <w:p>
      <w:pPr>
        <w:spacing w:after="160"/>
      </w:pPr>
      <w:r>
        <w:rPr>
          <w:b w:val="0"/>
          <w:i w:val="0"/>
        </w:rPr>
        <w:t>an Spritzgießmaschinen arbeite ich seit sieben Jahren, und zwar meistens dann, wenn sie nicht mehr laufen. Sie suchen für Ihre Instandhaltung jemanden, der Störungen an solchen Anlagen eigenständig behebt. Deshalb bewerbe ich mich bei Ihnen.</w:t>
      </w:r>
    </w:p>
    <w:p>
      <w:pPr>
        <w:spacing w:after="160"/>
      </w:pPr>
      <w:r>
        <w:rPr>
          <w:b w:val="0"/>
          <w:i w:val="0"/>
        </w:rPr>
        <w:t>Bei der Musterplast GmbH bin ich im Dreischichtbetrieb für Spritzgießmaschinen, Handlingsysteme und Kühlanlagen zuständig. Ich finde und behebe Störungen in Mechanik, Pneumatik und Hydraulik, fertige Ersatzteile an der Drehmaschine und schweiße Halterungen. Eine wiederkehrende Leckage an einem Hydraulikaggregat habe ich zuletzt auf eine falsch dimensionierte Leitung zurückgeführt und mit der Konstruktion eine dauerhafte Lösung gefunden.</w:t>
      </w:r>
    </w:p>
    <w:p>
      <w:pPr>
        <w:spacing w:after="160"/>
      </w:pPr>
      <w:r>
        <w:rPr>
          <w:b w:val="0"/>
          <w:i w:val="0"/>
        </w:rPr>
        <w:t>In Ihrer Anzeige wünschen Sie Kenntnisse in Steuerungstechnik. Hier habe ich Grundlagen und lese Fehlermeldungen aus, programmiere aber nicht. Ich bin bereit, mich gezielt weiterzubilden.</w:t>
      </w:r>
    </w:p>
    <w:p>
      <w:pPr>
        <w:spacing w:after="160"/>
      </w:pPr>
      <w:r>
        <w:rPr>
          <w:b w:val="0"/>
          <w:i w:val="0"/>
          <w:color w:val="6B6B66"/>
        </w:rPr>
        <w:t>[Ersetze die Beispiele durch eigene, die Anforderungen aus deiner Anzeige belegen.]</w:t>
      </w:r>
    </w:p>
    <w:p>
      <w:pPr>
        <w:spacing w:after="160"/>
      </w:pPr>
      <w:r>
        <w:rPr>
          <w:b w:val="0"/>
          <w:i w:val="0"/>
        </w:rPr>
        <w:t>Ich kann zum 1. Januar 2027 bei Ihnen beginnen und bin weiterhin für Schichtarbeit bereit. Über ein Gespräch freue ich mich.</w:t>
      </w:r>
    </w:p>
    <w:p>
      <w:pPr>
        <w:spacing w:after="520" w:before="120"/>
      </w:pPr>
      <w:r>
        <w:rPr>
          <w:b w:val="0"/>
          <w:i w:val="0"/>
        </w:rPr>
        <w:t>Mit freundlichen Grüßen</w:t>
      </w:r>
    </w:p>
    <w:p>
      <w:pPr>
        <w:spacing w:after="280"/>
      </w:pPr>
      <w:r>
        <w:rPr>
          <w:b w:val="0"/>
          <w:i w:val="0"/>
        </w:rPr>
        <w:t>Michael Beispiel</w:t>
      </w:r>
    </w:p>
    <w:p>
      <w:r>
        <w:rPr>
          <w:b w:val="0"/>
          <w:i w:val="0"/>
          <w:color w:val="6B6B66"/>
          <w:sz w:val="19"/>
        </w:rPr>
        <w:t>Anlagen: Lebenslauf, Abschlusszeugnis IHK, Arbeitszeugnisse, Schweißerprüfung</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hirezard.com/vorlagen/berufe/industriemechaniker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industriemechanik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Industriemechaniker/in</dc:title>
  <dc:subject>Anschreiben Industriemechaniker/in,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