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Felix Beispiel</w:t>
      </w:r>
    </w:p>
    <w:p>
      <w:pPr>
        <w:spacing w:after="0"/>
        <w:jc w:val="right"/>
      </w:pPr>
      <w:r>
        <w:rPr>
          <w:b w:val="0"/>
          <w:i w:val="0"/>
          <w:sz w:val="19"/>
        </w:rPr>
        <w:t>[Straße Hausnummer]</w:t>
      </w:r>
    </w:p>
    <w:p>
      <w:pPr>
        <w:spacing w:after="0"/>
        <w:jc w:val="right"/>
      </w:pPr>
      <w:r>
        <w:rPr>
          <w:b w:val="0"/>
          <w:i w:val="0"/>
          <w:sz w:val="19"/>
        </w:rPr>
        <w:t>[PLZ] Münster</w:t>
      </w:r>
    </w:p>
    <w:p>
      <w:pPr>
        <w:spacing w:after="0"/>
        <w:jc w:val="right"/>
      </w:pPr>
      <w:r>
        <w:rPr>
          <w:b w:val="0"/>
          <w:i w:val="0"/>
          <w:sz w:val="19"/>
        </w:rPr>
        <w:t>[Telefonnummer]</w:t>
      </w:r>
    </w:p>
    <w:p>
      <w:pPr>
        <w:spacing w:after="0"/>
        <w:jc w:val="right"/>
      </w:pPr>
      <w:r>
        <w:rPr>
          <w:b w:val="0"/>
          <w:i w:val="0"/>
          <w:sz w:val="19"/>
        </w:rPr>
        <w:t>felix.beispiel@example.com</w:t>
      </w:r>
    </w:p>
    <w:p>
      <w:pPr>
        <w:spacing w:after="360"/>
      </w:pPr>
    </w:p>
    <w:p>
      <w:pPr>
        <w:spacing w:after="0"/>
      </w:pPr>
      <w:r>
        <w:rPr>
          <w:b w:val="0"/>
          <w:i w:val="0"/>
        </w:rPr>
        <w:t>Musterwerk Kliniken GmbH</w:t>
      </w:r>
    </w:p>
    <w:p>
      <w:pPr>
        <w:spacing w:after="0"/>
      </w:pPr>
      <w:r>
        <w:rPr>
          <w:b w:val="0"/>
          <w:i w:val="0"/>
        </w:rPr>
        <w:t>Herr Beispiel</w:t>
      </w:r>
    </w:p>
    <w:p>
      <w:pPr>
        <w:spacing w:after="0"/>
      </w:pPr>
      <w:r>
        <w:rPr>
          <w:b w:val="0"/>
          <w:i w:val="0"/>
        </w:rPr>
        <w:t>[Straße Hausnummer]</w:t>
      </w:r>
    </w:p>
    <w:p>
      <w:pPr>
        <w:spacing w:after="0"/>
      </w:pPr>
      <w:r>
        <w:rPr>
          <w:b w:val="0"/>
          <w:i w:val="0"/>
        </w:rPr>
        <w:t>48143 Münster</w:t>
      </w:r>
    </w:p>
    <w:p>
      <w:pPr>
        <w:spacing w:after="360" w:before="560"/>
        <w:jc w:val="right"/>
      </w:pPr>
      <w:r>
        <w:rPr>
          <w:b w:val="0"/>
          <w:i w:val="0"/>
        </w:rPr>
        <w:t>[Ort], [Datum]</w:t>
      </w:r>
    </w:p>
    <w:p>
      <w:pPr>
        <w:spacing w:after="280"/>
      </w:pPr>
      <w:r>
        <w:rPr>
          <w:b/>
          <w:i w:val="0"/>
        </w:rPr>
        <w:t>Bewerbung als IT-Systemadministrator mit Schwerpunkt Infrastruktur</w:t>
      </w:r>
    </w:p>
    <w:p>
      <w:pPr>
        <w:spacing w:after="160"/>
      </w:pPr>
      <w:r>
        <w:rPr>
          <w:b w:val="0"/>
          <w:i w:val="0"/>
        </w:rPr>
        <w:t>Sehr geehrter Herr Beispiel,</w:t>
      </w:r>
    </w:p>
    <w:p>
      <w:pPr>
        <w:spacing w:after="160"/>
      </w:pPr>
      <w:r>
        <w:rPr>
          <w:b w:val="0"/>
          <w:i w:val="0"/>
        </w:rPr>
        <w:t>seit vier Jahren sorge ich dafür, dass die IT eines Baustoffhändlers an drei Standorten läuft: Active Directory, Microsoft 365, Hyper-V und Backup liegen in meiner Verantwortung. In Ihrer Anzeige suchen Sie einen Administrator, der eine ähnliche Umgebung betreut und gleichzeitig die Sicherheit weiter stärkt. Das möchte ich bei Ihnen übernehmen.</w:t>
      </w:r>
    </w:p>
    <w:p>
      <w:pPr>
        <w:spacing w:after="160"/>
      </w:pPr>
      <w:r>
        <w:rPr>
          <w:b w:val="0"/>
          <w:i w:val="0"/>
        </w:rPr>
        <w:t>Im letzten Jahr habe ich unser Backup auf Veeam umgestellt und teste seitdem regelmäßig, ob sich Daten wirklich wiederherstellen lassen. Außerdem habe ich für alle Konten die Mehr-Faktor-Anmeldung eingeführt. Damit das ohne Ärger klappt, habe ich kurze Anleitungen geschrieben und an jedem Standort eine Fragestunde angeboten.</w:t>
      </w:r>
    </w:p>
    <w:p>
      <w:pPr>
        <w:spacing w:after="160"/>
      </w:pPr>
      <w:r>
        <w:rPr>
          <w:b w:val="0"/>
          <w:i w:val="0"/>
        </w:rPr>
        <w:t>Ihre Netzwerke sind deutlich größer als unsere. Firewall, VLANs und VPN richte ich heute schon ein, ein Rechenzentrum mit mehreren Netzsegmenten habe ich aber noch nicht betreut. Deshalb bereite ich mich gerade auf die CCNA-Prüfung vor. Rufbereitschaft kenne ich aus meiner jetzigen Stelle.</w:t>
      </w:r>
    </w:p>
    <w:p>
      <w:pPr>
        <w:spacing w:after="160"/>
      </w:pPr>
      <w:r>
        <w:rPr>
          <w:b w:val="0"/>
          <w:i w:val="0"/>
          <w:color w:val="6B6B66"/>
        </w:rPr>
        <w:t>[Ersetze die Beispiele durch eigene, die Anforderungen aus deiner Anzeige belegen.]</w:t>
      </w:r>
    </w:p>
    <w:p>
      <w:pPr>
        <w:spacing w:after="160"/>
      </w:pPr>
      <w:r>
        <w:rPr>
          <w:b w:val="0"/>
          <w:i w:val="0"/>
        </w:rPr>
        <w:t>Ich kann zum 1. Februar 2027 beginnen. Über ein Gespräch mit Ihnen und Ihrem Team freue ich mich.</w:t>
      </w:r>
    </w:p>
    <w:p>
      <w:pPr>
        <w:spacing w:after="520" w:before="120"/>
      </w:pPr>
      <w:r>
        <w:rPr>
          <w:b w:val="0"/>
          <w:i w:val="0"/>
        </w:rPr>
        <w:t>Mit freundlichen Grüßen</w:t>
      </w:r>
    </w:p>
    <w:p>
      <w:pPr>
        <w:spacing w:after="280"/>
      </w:pPr>
      <w:r>
        <w:rPr>
          <w:b w:val="0"/>
          <w:i w:val="0"/>
        </w:rPr>
        <w:t>Felix Beispiel</w:t>
      </w:r>
    </w:p>
    <w:p>
      <w:r>
        <w:rPr>
          <w:b w:val="0"/>
          <w:i w:val="0"/>
          <w:color w:val="6B6B66"/>
          <w:sz w:val="19"/>
        </w:rPr>
        <w:t>Anlagen: Lebenslauf, IHK-Abschlusszeugnis, Arbeitszeugnisse, Zertifikate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hirezard.com/vorlagen/berufe/it-systemadministrator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it-systemadministrato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IT-Systemadministrator/in</dc:title>
  <dc:subject>Anschreiben IT-Systemadministrator/in,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