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Ayse Beispiel</w:t>
      </w:r>
    </w:p>
    <w:p>
      <w:pPr>
        <w:spacing w:after="0"/>
        <w:jc w:val="right"/>
      </w:pPr>
      <w:r>
        <w:rPr>
          <w:b w:val="0"/>
          <w:i w:val="0"/>
          <w:sz w:val="19"/>
        </w:rPr>
        <w:t>[Straße Hausnummer]</w:t>
      </w:r>
    </w:p>
    <w:p>
      <w:pPr>
        <w:spacing w:after="0"/>
        <w:jc w:val="right"/>
      </w:pPr>
      <w:r>
        <w:rPr>
          <w:b w:val="0"/>
          <w:i w:val="0"/>
          <w:sz w:val="19"/>
        </w:rPr>
        <w:t>[PLZ] Dortmund</w:t>
      </w:r>
    </w:p>
    <w:p>
      <w:pPr>
        <w:spacing w:after="0"/>
        <w:jc w:val="right"/>
      </w:pPr>
      <w:r>
        <w:rPr>
          <w:b w:val="0"/>
          <w:i w:val="0"/>
          <w:sz w:val="19"/>
        </w:rPr>
        <w:t>[Telefonnummer]</w:t>
      </w:r>
    </w:p>
    <w:p>
      <w:pPr>
        <w:spacing w:after="0"/>
        <w:jc w:val="right"/>
      </w:pPr>
      <w:r>
        <w:rPr>
          <w:b w:val="0"/>
          <w:i w:val="0"/>
          <w:sz w:val="19"/>
        </w:rPr>
        <w:t>ayse.beispiel@example.com</w:t>
      </w:r>
    </w:p>
    <w:p>
      <w:pPr>
        <w:spacing w:after="360"/>
      </w:pPr>
    </w:p>
    <w:p>
      <w:pPr>
        <w:spacing w:after="0"/>
      </w:pPr>
      <w:r>
        <w:rPr>
          <w:b w:val="0"/>
          <w:i w:val="0"/>
        </w:rPr>
        <w:t>Beispiel Supermarkt GmbH</w:t>
      </w:r>
    </w:p>
    <w:p>
      <w:pPr>
        <w:spacing w:after="0"/>
      </w:pPr>
      <w:r>
        <w:rPr>
          <w:b w:val="0"/>
          <w:i w:val="0"/>
        </w:rPr>
        <w:t>Herr Beispiel</w:t>
      </w:r>
    </w:p>
    <w:p>
      <w:pPr>
        <w:spacing w:after="0"/>
      </w:pPr>
      <w:r>
        <w:rPr>
          <w:b w:val="0"/>
          <w:i w:val="0"/>
        </w:rPr>
        <w:t>[Straße Hausnummer]</w:t>
      </w:r>
    </w:p>
    <w:p>
      <w:pPr>
        <w:spacing w:after="0"/>
      </w:pPr>
      <w:r>
        <w:rPr>
          <w:b w:val="0"/>
          <w:i w:val="0"/>
        </w:rPr>
        <w:t>44135 Dortmund</w:t>
      </w:r>
    </w:p>
    <w:p>
      <w:pPr>
        <w:spacing w:after="360" w:before="560"/>
        <w:jc w:val="right"/>
      </w:pPr>
      <w:r>
        <w:rPr>
          <w:b w:val="0"/>
          <w:i w:val="0"/>
        </w:rPr>
        <w:t>[Ort], [Datum]</w:t>
      </w:r>
    </w:p>
    <w:p>
      <w:pPr>
        <w:spacing w:after="280"/>
      </w:pPr>
      <w:r>
        <w:rPr>
          <w:b/>
          <w:i w:val="0"/>
        </w:rPr>
        <w:t>Bewerbung als Kassiererin in Teilzeit</w:t>
      </w:r>
    </w:p>
    <w:p>
      <w:pPr>
        <w:spacing w:after="160"/>
      </w:pPr>
      <w:r>
        <w:rPr>
          <w:b w:val="0"/>
          <w:i w:val="0"/>
        </w:rPr>
        <w:t>Sehr geehrter Herr Beispiel,</w:t>
      </w:r>
    </w:p>
    <w:p>
      <w:pPr>
        <w:spacing w:after="160"/>
      </w:pPr>
      <w:r>
        <w:rPr>
          <w:b w:val="0"/>
          <w:i w:val="0"/>
        </w:rPr>
        <w:t>seit fünf Jahren arbeite ich an der Kasse, zuerst in einem Getränkemarkt und seit 2021 in einem Supermarkt in Dortmund. Für Ihre neue Filiale suchen Sie eine Kassenkraft in Teilzeit. Ich möchte mich bei Ihnen bewerben, weil der Markt näher an meinem Wohnort liegt und ich gern in einem neuen Team starte.</w:t>
      </w:r>
    </w:p>
    <w:p>
      <w:pPr>
        <w:spacing w:after="160"/>
      </w:pPr>
      <w:r>
        <w:rPr>
          <w:b w:val="0"/>
          <w:i w:val="0"/>
        </w:rPr>
        <w:t>An meiner Kasse kassiere ich bar und mit Karte, buche Pfandbons und Gutscheine und rechne am Ende der Schicht selbst ab. Meine Abrechnungen stimmen, und darauf bin ich stolz. Wenn es voll wird, bleibe ich ruhig und freundlich.</w:t>
      </w:r>
    </w:p>
    <w:p>
      <w:pPr>
        <w:spacing w:after="160"/>
      </w:pPr>
      <w:r>
        <w:rPr>
          <w:b w:val="0"/>
          <w:i w:val="0"/>
        </w:rPr>
        <w:t>Eine Kassenaufsicht mit Freigabe von Stornos, wie Sie sie in der Anzeige erwähnen, habe ich noch nicht übernommen. Ich kenne die Abläufe aber aus dem Alltag und würde diese Aufgabe gern lernen.</w:t>
      </w:r>
    </w:p>
    <w:p>
      <w:pPr>
        <w:spacing w:after="160"/>
      </w:pPr>
      <w:r>
        <w:rPr>
          <w:b w:val="0"/>
          <w:i w:val="0"/>
          <w:color w:val="6B6B66"/>
        </w:rPr>
        <w:t>[Ersetze die Beispiele durch eigene, die Anforderungen aus deiner Anzeige belegen.]</w:t>
      </w:r>
    </w:p>
    <w:p>
      <w:pPr>
        <w:spacing w:after="160"/>
      </w:pPr>
      <w:r>
        <w:rPr>
          <w:b w:val="0"/>
          <w:i w:val="0"/>
        </w:rPr>
        <w:t>Ich kann ab dem 1. Dezember 2026 vormittags und an zwei Nachmittagen pro Woche arbeiten. Gern komme ich zu einem Probetag.</w:t>
      </w:r>
    </w:p>
    <w:p>
      <w:pPr>
        <w:spacing w:after="520" w:before="120"/>
      </w:pPr>
      <w:r>
        <w:rPr>
          <w:b w:val="0"/>
          <w:i w:val="0"/>
        </w:rPr>
        <w:t>Mit freundlichen Grüßen</w:t>
      </w:r>
    </w:p>
    <w:p>
      <w:pPr>
        <w:spacing w:after="280"/>
      </w:pPr>
      <w:r>
        <w:rPr>
          <w:b w:val="0"/>
          <w:i w:val="0"/>
        </w:rPr>
        <w:t>Ayse Beispiel</w:t>
      </w:r>
    </w:p>
    <w:p>
      <w:r>
        <w:rPr>
          <w:b w:val="0"/>
          <w:i w:val="0"/>
          <w:color w:val="6B6B66"/>
          <w:sz w:val="19"/>
        </w:rPr>
        <w:t>Anlagen: Lebenslauf, Arbeitszeugnis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hirezard.com/vorlagen/berufe/kassierer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kassier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Kassierer/in</dc:title>
  <dc:subject>Anschreiben Kassierer/in,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