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Julia Beispiel</w:t>
      </w:r>
    </w:p>
    <w:p>
      <w:pPr>
        <w:spacing w:after="0"/>
        <w:jc w:val="right"/>
      </w:pPr>
      <w:r>
        <w:rPr>
          <w:b w:val="0"/>
          <w:i w:val="0"/>
          <w:sz w:val="19"/>
        </w:rPr>
        <w:t>[Straße Hausnummer]</w:t>
      </w:r>
    </w:p>
    <w:p>
      <w:pPr>
        <w:spacing w:after="0"/>
        <w:jc w:val="right"/>
      </w:pPr>
      <w:r>
        <w:rPr>
          <w:b w:val="0"/>
          <w:i w:val="0"/>
          <w:sz w:val="19"/>
        </w:rPr>
        <w:t>[PLZ] Bielefeld</w:t>
      </w:r>
    </w:p>
    <w:p>
      <w:pPr>
        <w:spacing w:after="0"/>
        <w:jc w:val="right"/>
      </w:pPr>
      <w:r>
        <w:rPr>
          <w:b w:val="0"/>
          <w:i w:val="0"/>
          <w:sz w:val="19"/>
        </w:rPr>
        <w:t>[Telefonnummer]</w:t>
      </w:r>
    </w:p>
    <w:p>
      <w:pPr>
        <w:spacing w:after="0"/>
        <w:jc w:val="right"/>
      </w:pPr>
      <w:r>
        <w:rPr>
          <w:b w:val="0"/>
          <w:i w:val="0"/>
          <w:sz w:val="19"/>
        </w:rPr>
        <w:t>julia.beispiel@example.com</w:t>
      </w:r>
    </w:p>
    <w:p>
      <w:pPr>
        <w:spacing w:after="360"/>
      </w:pPr>
    </w:p>
    <w:p>
      <w:pPr>
        <w:spacing w:after="0"/>
      </w:pPr>
      <w:r>
        <w:rPr>
          <w:b w:val="0"/>
          <w:i w:val="0"/>
        </w:rPr>
        <w:t>Musterwerk Verpackungen GmbH</w:t>
      </w:r>
    </w:p>
    <w:p>
      <w:pPr>
        <w:spacing w:after="0"/>
      </w:pPr>
      <w:r>
        <w:rPr>
          <w:b w:val="0"/>
          <w:i w:val="0"/>
        </w:rPr>
        <w:t>Herr Beispiel</w:t>
      </w:r>
    </w:p>
    <w:p>
      <w:pPr>
        <w:spacing w:after="0"/>
      </w:pPr>
      <w:r>
        <w:rPr>
          <w:b w:val="0"/>
          <w:i w:val="0"/>
        </w:rPr>
        <w:t>[Straße Hausnummer]</w:t>
      </w:r>
    </w:p>
    <w:p>
      <w:pPr>
        <w:spacing w:after="0"/>
      </w:pPr>
      <w:r>
        <w:rPr>
          <w:b w:val="0"/>
          <w:i w:val="0"/>
        </w:rPr>
        <w:t>33609 Bielefeld</w:t>
      </w:r>
    </w:p>
    <w:p>
      <w:pPr>
        <w:spacing w:after="360" w:before="560"/>
        <w:jc w:val="right"/>
      </w:pPr>
      <w:r>
        <w:rPr>
          <w:b w:val="0"/>
          <w:i w:val="0"/>
        </w:rPr>
        <w:t>[Ort], [Datum]</w:t>
      </w:r>
    </w:p>
    <w:p>
      <w:pPr>
        <w:spacing w:after="280"/>
      </w:pPr>
      <w:r>
        <w:rPr>
          <w:b/>
          <w:i w:val="0"/>
        </w:rPr>
        <w:t>Bewerbung als Kauffrau für Büromanagement in der Auftragsbearbeitung</w:t>
      </w:r>
    </w:p>
    <w:p>
      <w:pPr>
        <w:spacing w:after="160"/>
      </w:pPr>
      <w:r>
        <w:rPr>
          <w:b w:val="0"/>
          <w:i w:val="0"/>
        </w:rPr>
        <w:t>Sehr geehrter Herr Beispiel,</w:t>
      </w:r>
    </w:p>
    <w:p>
      <w:pPr>
        <w:spacing w:after="160"/>
      </w:pPr>
      <w:r>
        <w:rPr>
          <w:b w:val="0"/>
          <w:i w:val="0"/>
        </w:rPr>
        <w:t>Sie suchen eine Kauffrau für Büromanagement, die Aufträge vom Angebot bis zur Rechnung begleitet. Genau diese Aufgabe erledige ich seit drei Jahren in einem Handwerksbetrieb mit acht Monteuren, und ich möchte sie künftig in einem größeren Unternehmen übernehmen.</w:t>
      </w:r>
    </w:p>
    <w:p>
      <w:pPr>
        <w:spacing w:after="160"/>
      </w:pPr>
      <w:r>
        <w:rPr>
          <w:b w:val="0"/>
          <w:i w:val="0"/>
        </w:rPr>
        <w:t>Ich erstelle Angebote und Rechnungen, überwache die Zahlungseingänge und bereite das Mahnwesen vor. Weil unsere Angebote früher sehr unterschiedlich aussahen, habe ich eine einheitliche Vorlage entworfen, die heute alle im Büro nutzen. Am Telefon bin ich oft die erste Ansprechpartnerin für Kundinnen und Kunden und kläre Terminfragen direkt mit den Monteuren.</w:t>
      </w:r>
    </w:p>
    <w:p>
      <w:pPr>
        <w:spacing w:after="160"/>
      </w:pPr>
      <w:r>
        <w:rPr>
          <w:b w:val="0"/>
          <w:i w:val="0"/>
        </w:rPr>
        <w:t>In Ihrer Anzeige nennen Sie SAP. Bisher arbeite ich mit einer kleineren Branchensoftware. Die Abläufe von Auftrag, Lieferung und Rechnung kenne ich gut, und ich arbeite mich zügig in neue Programme ein. Einen Excel-Kurs für Fortgeschrittene habe ich 2024 abgeschlossen.</w:t>
      </w:r>
    </w:p>
    <w:p>
      <w:pPr>
        <w:spacing w:after="160"/>
      </w:pPr>
      <w:r>
        <w:rPr>
          <w:b w:val="0"/>
          <w:i w:val="0"/>
          <w:color w:val="6B6B66"/>
        </w:rPr>
        <w:t>[Ersetze die Beispiele durch eigene, die Anforderungen aus deiner Anzeige belegen.]</w:t>
      </w:r>
    </w:p>
    <w:p>
      <w:pPr>
        <w:spacing w:after="160"/>
      </w:pPr>
      <w:r>
        <w:rPr>
          <w:b w:val="0"/>
          <w:i w:val="0"/>
        </w:rPr>
        <w:t>Ich kann zum 1. Januar 2027 beginnen und freue mich auf ein Gespräch mit Ihnen.</w:t>
      </w:r>
    </w:p>
    <w:p>
      <w:pPr>
        <w:spacing w:after="520" w:before="120"/>
      </w:pPr>
      <w:r>
        <w:rPr>
          <w:b w:val="0"/>
          <w:i w:val="0"/>
        </w:rPr>
        <w:t>Mit freundlichen Grüßen</w:t>
      </w:r>
    </w:p>
    <w:p>
      <w:pPr>
        <w:spacing w:after="280"/>
      </w:pPr>
      <w:r>
        <w:rPr>
          <w:b w:val="0"/>
          <w:i w:val="0"/>
        </w:rPr>
        <w:t>Julia Beispiel</w:t>
      </w:r>
    </w:p>
    <w:p>
      <w:r>
        <w:rPr>
          <w:b w:val="0"/>
          <w:i w:val="0"/>
          <w:color w:val="6B6B66"/>
          <w:sz w:val="19"/>
        </w:rPr>
        <w:t>Anlagen: Lebenslauf, IHK-Abschlusszeugnis, Arbeitszeugnis, Zertifikat Excel</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hirezard.com/vorlagen/berufe/kaufmann-bueromanagement</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aufmann-bueromanagemen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Kaufmann/Kauffrau für Büromanagement</dc:title>
  <dc:subject>Anschreiben Kaufmann/Kauffrau für Büromanagement,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