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Jonas Beispiel</w:t>
      </w:r>
    </w:p>
    <w:p>
      <w:pPr>
        <w:spacing w:after="0"/>
        <w:jc w:val="right"/>
      </w:pPr>
      <w:r>
        <w:rPr>
          <w:b w:val="0"/>
          <w:i w:val="0"/>
          <w:sz w:val="19"/>
        </w:rPr>
        <w:t>[Straße Hausnummer]</w:t>
      </w:r>
    </w:p>
    <w:p>
      <w:pPr>
        <w:spacing w:after="0"/>
        <w:jc w:val="right"/>
      </w:pPr>
      <w:r>
        <w:rPr>
          <w:b w:val="0"/>
          <w:i w:val="0"/>
          <w:sz w:val="19"/>
        </w:rPr>
        <w:t>[PLZ] Kassel</w:t>
      </w:r>
    </w:p>
    <w:p>
      <w:pPr>
        <w:spacing w:after="0"/>
        <w:jc w:val="right"/>
      </w:pPr>
      <w:r>
        <w:rPr>
          <w:b w:val="0"/>
          <w:i w:val="0"/>
          <w:sz w:val="19"/>
        </w:rPr>
        <w:t>[Telefonnummer]</w:t>
      </w:r>
    </w:p>
    <w:p>
      <w:pPr>
        <w:spacing w:after="0"/>
        <w:jc w:val="right"/>
      </w:pPr>
      <w:r>
        <w:rPr>
          <w:b w:val="0"/>
          <w:i w:val="0"/>
          <w:sz w:val="19"/>
        </w:rPr>
        <w:t>jonas.beispiel@example.com</w:t>
      </w:r>
    </w:p>
    <w:p>
      <w:pPr>
        <w:spacing w:after="360"/>
      </w:pPr>
    </w:p>
    <w:p>
      <w:pPr>
        <w:spacing w:after="0"/>
      </w:pPr>
      <w:r>
        <w:rPr>
          <w:b w:val="0"/>
          <w:i w:val="0"/>
        </w:rPr>
        <w:t>Muster Automobile GmbH</w:t>
      </w:r>
    </w:p>
    <w:p>
      <w:pPr>
        <w:spacing w:after="0"/>
      </w:pPr>
      <w:r>
        <w:rPr>
          <w:b w:val="0"/>
          <w:i w:val="0"/>
        </w:rPr>
        <w:t>Herr Beispiel</w:t>
      </w:r>
    </w:p>
    <w:p>
      <w:pPr>
        <w:spacing w:after="0"/>
      </w:pPr>
      <w:r>
        <w:rPr>
          <w:b w:val="0"/>
          <w:i w:val="0"/>
        </w:rPr>
        <w:t>[Straße Hausnummer]</w:t>
      </w:r>
    </w:p>
    <w:p>
      <w:pPr>
        <w:spacing w:after="0"/>
      </w:pPr>
      <w:r>
        <w:rPr>
          <w:b w:val="0"/>
          <w:i w:val="0"/>
        </w:rPr>
        <w:t>34117 Kassel</w:t>
      </w:r>
    </w:p>
    <w:p>
      <w:pPr>
        <w:spacing w:after="360" w:before="560"/>
        <w:jc w:val="right"/>
      </w:pPr>
      <w:r>
        <w:rPr>
          <w:b w:val="0"/>
          <w:i w:val="0"/>
        </w:rPr>
        <w:t>[Ort], [Datum]</w:t>
      </w:r>
    </w:p>
    <w:p>
      <w:pPr>
        <w:spacing w:after="280"/>
      </w:pPr>
      <w:r>
        <w:rPr>
          <w:b/>
          <w:i w:val="0"/>
        </w:rPr>
        <w:t>Bewerbung als Kfz-Mechatroniker mit Hochvolt-Qualifikation</w:t>
      </w:r>
    </w:p>
    <w:p>
      <w:pPr>
        <w:spacing w:after="160"/>
      </w:pPr>
      <w:r>
        <w:rPr>
          <w:b w:val="0"/>
          <w:i w:val="0"/>
        </w:rPr>
        <w:t>Sehr geehrter Herr Beispiel,</w:t>
      </w:r>
    </w:p>
    <w:p>
      <w:pPr>
        <w:spacing w:after="160"/>
      </w:pPr>
      <w:r>
        <w:rPr>
          <w:b w:val="0"/>
          <w:i w:val="0"/>
        </w:rPr>
        <w:t>in Ihrer Werkstatt kommen immer mehr Elektro- und Hybridfahrzeuge an, schreiben Sie in Ihrer Anzeige. Ich arbeite seit über drei Jahren mit Hochvolt-Qualifikation in einem Markenautohaus und möchte diese Erfahrung bei Ihnen einbringen.</w:t>
      </w:r>
    </w:p>
    <w:p>
      <w:pPr>
        <w:spacing w:after="160"/>
      </w:pPr>
      <w:r>
        <w:rPr>
          <w:b w:val="0"/>
          <w:i w:val="0"/>
        </w:rPr>
        <w:t>Mein Alltag besteht zum großen Teil aus Diagnose: Fehlerspeicher auslesen, Messungen machen, Ursachen eingrenzen. Zuletzt habe ich einen sporadischen Ausfall der Ladefunktion gefunden, an dem schon zwei Teile getauscht worden waren. Die Ursache war ein beschädigter Stecker im Kabelbaum. Solche Fälle mag ich besonders.</w:t>
      </w:r>
    </w:p>
    <w:p>
      <w:pPr>
        <w:spacing w:after="160"/>
      </w:pPr>
      <w:r>
        <w:rPr>
          <w:b w:val="0"/>
          <w:i w:val="0"/>
        </w:rPr>
        <w:t>Sie arbeiten mit einer Marke, deren Diagnosesystem ich noch nicht kenne. Die Grundlagen der Diagnose sind aber ähnlich, und ich habe mich in der Ausbildung schon einmal schnell auf ein neues System umgestellt. Herstellerschulungen nehme ich gern wahr.</w:t>
      </w:r>
    </w:p>
    <w:p>
      <w:pPr>
        <w:spacing w:after="160"/>
      </w:pPr>
      <w:r>
        <w:rPr>
          <w:b w:val="0"/>
          <w:i w:val="0"/>
          <w:color w:val="6B6B66"/>
        </w:rPr>
        <w:t>[Ersetze die Beispiele durch eigene, die Anforderungen aus deiner Anzeige belegen.]</w:t>
      </w:r>
    </w:p>
    <w:p>
      <w:pPr>
        <w:spacing w:after="160"/>
      </w:pPr>
      <w:r>
        <w:rPr>
          <w:b w:val="0"/>
          <w:i w:val="0"/>
        </w:rPr>
        <w:t>Ich kann zum 1. Januar 2027 bei Ihnen anfangen. Gern komme ich zum Probearbeiten in Ihre Werkstatt.</w:t>
      </w:r>
    </w:p>
    <w:p>
      <w:pPr>
        <w:spacing w:after="520" w:before="120"/>
      </w:pPr>
      <w:r>
        <w:rPr>
          <w:b w:val="0"/>
          <w:i w:val="0"/>
        </w:rPr>
        <w:t>Mit freundlichen Grüßen</w:t>
      </w:r>
    </w:p>
    <w:p>
      <w:pPr>
        <w:spacing w:after="280"/>
      </w:pPr>
      <w:r>
        <w:rPr>
          <w:b w:val="0"/>
          <w:i w:val="0"/>
        </w:rPr>
        <w:t>Jonas Beispiel</w:t>
      </w:r>
    </w:p>
    <w:p>
      <w:r>
        <w:rPr>
          <w:b w:val="0"/>
          <w:i w:val="0"/>
          <w:color w:val="6B6B66"/>
          <w:sz w:val="19"/>
        </w:rPr>
        <w:t>Anlagen: Lebenslauf, Gesellenbrief, Arbeitszeugnis, Nachweis Hochvolt-Qualifikation</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hirezard.com/vorlagen/berufe/kfz-mechatroniker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kfz-mechatronik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Kfz-Mechatroniker/in</dc:title>
  <dc:subject>Anschreiben Kfz-Mechatroniker/in,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