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Sophie Beispiel</w:t>
      </w:r>
    </w:p>
    <w:p>
      <w:pPr>
        <w:spacing w:after="0"/>
        <w:jc w:val="right"/>
      </w:pPr>
      <w:r>
        <w:rPr>
          <w:b w:val="0"/>
          <w:i w:val="0"/>
          <w:sz w:val="19"/>
        </w:rPr>
        <w:t>[Straße Hausnummer]</w:t>
      </w:r>
    </w:p>
    <w:p>
      <w:pPr>
        <w:spacing w:after="0"/>
        <w:jc w:val="right"/>
      </w:pPr>
      <w:r>
        <w:rPr>
          <w:b w:val="0"/>
          <w:i w:val="0"/>
          <w:sz w:val="19"/>
        </w:rPr>
        <w:t>[PLZ] Nürnberg</w:t>
      </w:r>
    </w:p>
    <w:p>
      <w:pPr>
        <w:spacing w:after="0"/>
        <w:jc w:val="right"/>
      </w:pPr>
      <w:r>
        <w:rPr>
          <w:b w:val="0"/>
          <w:i w:val="0"/>
          <w:sz w:val="19"/>
        </w:rPr>
        <w:t>[Telefonnummer]</w:t>
      </w:r>
    </w:p>
    <w:p>
      <w:pPr>
        <w:spacing w:after="0"/>
        <w:jc w:val="right"/>
      </w:pPr>
      <w:r>
        <w:rPr>
          <w:b w:val="0"/>
          <w:i w:val="0"/>
          <w:sz w:val="19"/>
        </w:rPr>
        <w:t>sophie.beispiel@example.com</w:t>
      </w:r>
    </w:p>
    <w:p>
      <w:pPr>
        <w:spacing w:after="360"/>
      </w:pPr>
    </w:p>
    <w:p>
      <w:pPr>
        <w:spacing w:after="0"/>
      </w:pPr>
      <w:r>
        <w:rPr>
          <w:b w:val="0"/>
          <w:i w:val="0"/>
        </w:rPr>
        <w:t>Beispiel Kinderhaus gGmbH</w:t>
      </w:r>
    </w:p>
    <w:p>
      <w:pPr>
        <w:spacing w:after="0"/>
      </w:pPr>
      <w:r>
        <w:rPr>
          <w:b w:val="0"/>
          <w:i w:val="0"/>
        </w:rPr>
        <w:t>Herr Beispiel, Leitung Krippe Sonnenblume</w:t>
      </w:r>
    </w:p>
    <w:p>
      <w:pPr>
        <w:spacing w:after="0"/>
      </w:pPr>
      <w:r>
        <w:rPr>
          <w:b w:val="0"/>
          <w:i w:val="0"/>
        </w:rPr>
        <w:t>[Straße Hausnummer]</w:t>
      </w:r>
    </w:p>
    <w:p>
      <w:pPr>
        <w:spacing w:after="0"/>
      </w:pPr>
      <w:r>
        <w:rPr>
          <w:b w:val="0"/>
          <w:i w:val="0"/>
        </w:rPr>
        <w:t>90402 Nürnberg</w:t>
      </w:r>
    </w:p>
    <w:p>
      <w:pPr>
        <w:spacing w:after="360" w:before="560"/>
        <w:jc w:val="right"/>
      </w:pPr>
      <w:r>
        <w:rPr>
          <w:b w:val="0"/>
          <w:i w:val="0"/>
        </w:rPr>
        <w:t>[Ort], [Datum]</w:t>
      </w:r>
    </w:p>
    <w:p>
      <w:pPr>
        <w:spacing w:after="280"/>
      </w:pPr>
      <w:r>
        <w:rPr>
          <w:b/>
          <w:i w:val="0"/>
        </w:rPr>
        <w:t>Bewerbung als Kinderpflegerin in Ihrer Krippe</w:t>
      </w:r>
    </w:p>
    <w:p>
      <w:pPr>
        <w:spacing w:after="160"/>
      </w:pPr>
      <w:r>
        <w:rPr>
          <w:b w:val="0"/>
          <w:i w:val="0"/>
        </w:rPr>
        <w:t>Sehr geehrter Herr Beispiel,</w:t>
      </w:r>
    </w:p>
    <w:p>
      <w:pPr>
        <w:spacing w:after="160"/>
      </w:pPr>
      <w:r>
        <w:rPr>
          <w:b w:val="0"/>
          <w:i w:val="0"/>
        </w:rPr>
        <w:t>in der Krippe fühle ich mich zu Hause. Seit zwei Jahren begleite ich Kinder zwischen einem und drei Jahren durch ihren Tag und erlebe, wie schnell sie in einer sicheren Umgebung selbstständiger werden. Ihre neue Krippe mit kleinen Gruppen hat mich deshalb sofort angesprochen.</w:t>
      </w:r>
    </w:p>
    <w:p>
      <w:pPr>
        <w:spacing w:after="160"/>
      </w:pPr>
      <w:r>
        <w:rPr>
          <w:b w:val="0"/>
          <w:i w:val="0"/>
        </w:rPr>
        <w:t>In der Kinderkrippe Musterzwerge übernehme ich Wickeln, Mahlzeiten und Schlafbegleitung und plane jede Woche ein Bewegungsangebot. Bei Eingewöhnungen begleite ich die Eltern in den ersten Tagen, damit die Gruppenleitung Zeit für das neue Kind hat. Meine Beobachtungen gebe ich ihr täglich weiter.</w:t>
      </w:r>
    </w:p>
    <w:p>
      <w:pPr>
        <w:spacing w:after="160"/>
      </w:pPr>
      <w:r>
        <w:rPr>
          <w:b w:val="0"/>
          <w:i w:val="0"/>
        </w:rPr>
        <w:t>Ein eigenes Entwicklungsgespräch mit Eltern habe ich bisher nicht allein geführt, sondern nur begleitet. Das möchte ich bei Ihnen Schritt für Schritt lernen. Außerdem plane ich, in zwei Jahren die berufsbegleitende Weiterbildung zur Erzieherin zu beginnen.</w:t>
      </w:r>
    </w:p>
    <w:p>
      <w:pPr>
        <w:spacing w:after="160"/>
      </w:pPr>
      <w:r>
        <w:rPr>
          <w:b w:val="0"/>
          <w:i w:val="0"/>
          <w:color w:val="6B6B66"/>
        </w:rPr>
        <w:t>[Ersetze die Beispiele durch eigene, die Anforderungen aus deiner Anzeige belegen.]</w:t>
      </w:r>
    </w:p>
    <w:p>
      <w:pPr>
        <w:spacing w:after="160"/>
      </w:pPr>
      <w:r>
        <w:rPr>
          <w:b w:val="0"/>
          <w:i w:val="0"/>
        </w:rPr>
        <w:t>Ich kann zum 1. Januar 2027 mit 30 Stunden in der Woche anfangen und komme gern zu einem Hospitationstag. Ich freue mich auf ein Kennenlernen.</w:t>
      </w:r>
    </w:p>
    <w:p>
      <w:pPr>
        <w:spacing w:after="520" w:before="120"/>
      </w:pPr>
      <w:r>
        <w:rPr>
          <w:b w:val="0"/>
          <w:i w:val="0"/>
        </w:rPr>
        <w:t>Mit freundlichen Grüßen</w:t>
      </w:r>
    </w:p>
    <w:p>
      <w:pPr>
        <w:spacing w:after="280"/>
      </w:pPr>
      <w:r>
        <w:rPr>
          <w:b w:val="0"/>
          <w:i w:val="0"/>
        </w:rPr>
        <w:t>Sophie Beispiel</w:t>
      </w:r>
    </w:p>
    <w:p>
      <w:r>
        <w:rPr>
          <w:b w:val="0"/>
          <w:i w:val="0"/>
          <w:color w:val="6B6B66"/>
          <w:sz w:val="19"/>
        </w:rPr>
        <w:t>Anlagen: Lebenslauf, Abschlusszeugnis, Praktikumsbescheinigung, Arbeitszeugnis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hirezard.com/vorlagen/berufe/kinderpfleger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kinderpfleg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Kinderpfleger/in und Sozialpädagogische Assistenz</dc:title>
  <dc:subject>Anschreiben Kinderpfleger/in und Sozialpädagogische Assistenz,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