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dxa" w:w="9356"/>
        <w:tblBorders>
          <w:top w:val="nil"/>
          <w:left w:val="nil"/>
          <w:bottom w:val="nil"/>
          <w:right w:val="nil"/>
          <w:insideH w:val="nil"/>
          <w:insideV w:val="nil"/>
        </w:tblBorders>
        <w:tblLayout w:type="fixed"/>
        <w:tblLook w:firstColumn="1" w:firstRow="1" w:lastColumn="0" w:lastRow="0" w:noHBand="0" w:noVBand="1" w:val="04A0"/>
      </w:tblPr>
      <w:tblGrid>
        <w:gridCol w:w="9355"/>
      </w:tblGrid>
      <w:tr>
        <w:tc>
          <w:tcPr>
            <w:tcW w:type="dxa" w:w="9355"/>
            <w:shd w:val="clear" w:color="auto" w:fill="F2F1EC"/>
          </w:tcPr>
          <w:p>
            <w:r/>
            <w:r>
              <w:rPr>
                <w:i/>
                <w:color w:val="6B6B66"/>
                <w:sz w:val="17"/>
              </w:rPr>
              <w:t>Beispiel: Alle Angaben in dieser Vorlage sind erfunden. Ersetze die Texte und die Angaben in [eckigen Klammern] durch deine eigenen und lösche diesen Hinweis.</w:t>
            </w:r>
          </w:p>
        </w:tc>
      </w:tr>
    </w:tbl>
    <w:p>
      <w:pPr>
        <w:spacing w:after="40"/>
      </w:pPr>
    </w:p>
    <w:p>
      <w:pPr>
        <w:spacing w:after="0"/>
        <w:jc w:val="right"/>
      </w:pPr>
      <w:r>
        <w:rPr>
          <w:b/>
          <w:i w:val="0"/>
          <w:sz w:val="22"/>
        </w:rPr>
        <w:t>Marco Beispiel</w:t>
      </w:r>
    </w:p>
    <w:p>
      <w:pPr>
        <w:spacing w:after="0"/>
        <w:jc w:val="right"/>
      </w:pPr>
      <w:r>
        <w:rPr>
          <w:b w:val="0"/>
          <w:i w:val="0"/>
          <w:sz w:val="19"/>
        </w:rPr>
        <w:t>[Straße Hausnummer]</w:t>
      </w:r>
    </w:p>
    <w:p>
      <w:pPr>
        <w:spacing w:after="0"/>
        <w:jc w:val="right"/>
      </w:pPr>
      <w:r>
        <w:rPr>
          <w:b w:val="0"/>
          <w:i w:val="0"/>
          <w:sz w:val="19"/>
        </w:rPr>
        <w:t>[PLZ] München</w:t>
      </w:r>
    </w:p>
    <w:p>
      <w:pPr>
        <w:spacing w:after="0"/>
        <w:jc w:val="right"/>
      </w:pPr>
      <w:r>
        <w:rPr>
          <w:b w:val="0"/>
          <w:i w:val="0"/>
          <w:sz w:val="19"/>
        </w:rPr>
        <w:t>[Telefonnummer]</w:t>
      </w:r>
    </w:p>
    <w:p>
      <w:pPr>
        <w:spacing w:after="0"/>
        <w:jc w:val="right"/>
      </w:pPr>
      <w:r>
        <w:rPr>
          <w:b w:val="0"/>
          <w:i w:val="0"/>
          <w:sz w:val="19"/>
        </w:rPr>
        <w:t>marco.beispiel@example.com</w:t>
      </w:r>
    </w:p>
    <w:p>
      <w:pPr>
        <w:spacing w:after="360"/>
      </w:pPr>
    </w:p>
    <w:p>
      <w:pPr>
        <w:spacing w:after="0"/>
      </w:pPr>
      <w:r>
        <w:rPr>
          <w:b w:val="0"/>
          <w:i w:val="0"/>
        </w:rPr>
        <w:t>Musterwirtschaft am See GmbH</w:t>
      </w:r>
    </w:p>
    <w:p>
      <w:pPr>
        <w:spacing w:after="0"/>
      </w:pPr>
      <w:r>
        <w:rPr>
          <w:b w:val="0"/>
          <w:i w:val="0"/>
        </w:rPr>
        <w:t>Herr Beispiel, Küchenchef</w:t>
      </w:r>
    </w:p>
    <w:p>
      <w:pPr>
        <w:spacing w:after="0"/>
      </w:pPr>
      <w:r>
        <w:rPr>
          <w:b w:val="0"/>
          <w:i w:val="0"/>
        </w:rPr>
        <w:t>[Straße Hausnummer]</w:t>
      </w:r>
    </w:p>
    <w:p>
      <w:pPr>
        <w:spacing w:after="0"/>
      </w:pPr>
      <w:r>
        <w:rPr>
          <w:b w:val="0"/>
          <w:i w:val="0"/>
        </w:rPr>
        <w:t>82319 Starnberg</w:t>
      </w:r>
    </w:p>
    <w:p>
      <w:pPr>
        <w:spacing w:after="360" w:before="560"/>
        <w:jc w:val="right"/>
      </w:pPr>
      <w:r>
        <w:rPr>
          <w:b w:val="0"/>
          <w:i w:val="0"/>
        </w:rPr>
        <w:t>[Ort], [Datum]</w:t>
      </w:r>
    </w:p>
    <w:p>
      <w:pPr>
        <w:spacing w:after="280"/>
      </w:pPr>
      <w:r>
        <w:rPr>
          <w:b/>
          <w:i w:val="0"/>
        </w:rPr>
        <w:t>Bewerbung als Chef de Partie</w:t>
      </w:r>
    </w:p>
    <w:p>
      <w:pPr>
        <w:spacing w:after="160"/>
      </w:pPr>
      <w:r>
        <w:rPr>
          <w:b w:val="0"/>
          <w:i w:val="0"/>
        </w:rPr>
        <w:t>Sehr geehrter Herr Beispiel,</w:t>
      </w:r>
    </w:p>
    <w:p>
      <w:pPr>
        <w:spacing w:after="160"/>
      </w:pPr>
      <w:r>
        <w:rPr>
          <w:b w:val="0"/>
          <w:i w:val="0"/>
        </w:rPr>
        <w:t>Ihre Karte ändert sich mit dem, was die Fischer und Bauern rund um den See liefern. Genau so möchte ich kochen. Deshalb bewerbe ich mich bei Ihnen als Chef de Partie.</w:t>
      </w:r>
    </w:p>
    <w:p>
      <w:pPr>
        <w:spacing w:after="160"/>
      </w:pPr>
      <w:r>
        <w:rPr>
          <w:b w:val="0"/>
          <w:i w:val="0"/>
        </w:rPr>
        <w:t>Im Restaurant Musterhof führe ich seit drei Jahren den Saucierposten im Abendservice. Ich setze Fonds und Saucen an, bereite die Fleischgerichte zu und leite zwei Auszubildende an. Jeden Herbst entwickle ich mit unserem Küchenchef die Wildkarte, von der Zerlegung bis zum Anrichten. Warenannahme und Temperaturdokumentation nach HACCP gehören für mich zum Alltag.</w:t>
      </w:r>
    </w:p>
    <w:p>
      <w:pPr>
        <w:spacing w:after="160"/>
      </w:pPr>
      <w:r>
        <w:rPr>
          <w:b w:val="0"/>
          <w:i w:val="0"/>
        </w:rPr>
        <w:t>Mit Süßwasserfisch habe ich bisher weniger gearbeitet als mit Fleisch. Ich habe aber in der Ausbildung Fisch filetiert und würde mich am Anfang gern ein paar Tage am Fischposten einarbeiten. Aus meiner Zeit im Alpenhotel kenne ich auch das Bankettgeschäft, das Sie für Feiern anbieten.</w:t>
      </w:r>
    </w:p>
    <w:p>
      <w:pPr>
        <w:spacing w:after="160"/>
      </w:pPr>
      <w:r>
        <w:rPr>
          <w:b w:val="0"/>
          <w:i w:val="0"/>
          <w:color w:val="6B6B66"/>
        </w:rPr>
        <w:t>[Ersetze die Beispiele durch eigene, die Anforderungen aus deiner Anzeige belegen.]</w:t>
      </w:r>
    </w:p>
    <w:p>
      <w:pPr>
        <w:spacing w:after="160"/>
      </w:pPr>
      <w:r>
        <w:rPr>
          <w:b w:val="0"/>
          <w:i w:val="0"/>
        </w:rPr>
        <w:t>Ich kann zum 1. März 2027 bei Ihnen anfangen und komme gern zu einem Probekochen. Ich freue mich auf Ihre Antwort.</w:t>
      </w:r>
    </w:p>
    <w:p>
      <w:pPr>
        <w:spacing w:after="520" w:before="120"/>
      </w:pPr>
      <w:r>
        <w:rPr>
          <w:b w:val="0"/>
          <w:i w:val="0"/>
        </w:rPr>
        <w:t>Mit freundlichen Grüßen</w:t>
      </w:r>
    </w:p>
    <w:p>
      <w:pPr>
        <w:spacing w:after="280"/>
      </w:pPr>
      <w:r>
        <w:rPr>
          <w:b w:val="0"/>
          <w:i w:val="0"/>
        </w:rPr>
        <w:t>Marco Beispiel</w:t>
      </w:r>
    </w:p>
    <w:p>
      <w:r>
        <w:rPr>
          <w:b w:val="0"/>
          <w:i w:val="0"/>
          <w:color w:val="6B6B66"/>
          <w:sz w:val="19"/>
        </w:rPr>
        <w:t>Anlagen: Lebenslauf, Abschlusszeugnis, Arbeitszeugnisse, Bescheinigung § 43 IfSG</w:t>
      </w:r>
    </w:p>
    <w:p>
      <w:pPr>
        <w:spacing w:before="360"/>
      </w:pPr>
      <w:r>
        <w:rPr>
          <w:b w:val="0"/>
          <w:i w:val="0"/>
          <w:color w:val="6B6B66"/>
          <w:sz w:val="17"/>
        </w:rPr>
        <w:t xml:space="preserve">Dieses Anschreiben in 32 Designs gestalten und mit dem KI-Coach an deine Stelle anpassen: </w:t>
      </w:r>
      <w:hyperlink r:id="rId10">
        <w:r>
          <w:rPr>
            <w:color w:val="6B6B66"/>
            <w:sz w:val="17"/>
            <w:u w:val="single"/>
          </w:rPr>
          <w:t>hirezard.com/vorlagen/berufe/koch</w:t>
        </w:r>
      </w:hyperlink>
    </w:p>
    <w:sectPr w:rsidR="00FC693F" w:rsidRPr="0006063C" w:rsidSect="00034616">
      <w:footerReference w:type="default" r:id="rId9"/>
      <w:pgSz w:w="11906" w:h="16838"/>
      <w:pgMar w:top="1020" w:right="1134" w:bottom="1304" w:left="1417" w:header="720"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B6B66"/>
        <w:sz w:val="16"/>
      </w:rPr>
      <w:t xml:space="preserve">Vorlage von hirezard.com · Schneller geht es mit Hirezard: </w:t>
    </w:r>
    <w:hyperlink r:id="rId1">
      <w:r>
        <w:rPr>
          <w:color w:val="6B6B66"/>
          <w:sz w:val="16"/>
          <w:u w:val="single"/>
        </w:rPr>
        <w:t>hirezard.com</w:t>
      </w:r>
    </w:hyperlink>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76" w:lineRule="auto"/>
    </w:pPr>
    <w:rPr>
      <w:rFonts w:ascii="Arial" w:hAnsi="Arial" w:eastAsia="Arial"/>
      <w:color w:val="1A1A18"/>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hirezard.com/vorlagen/berufe/koch"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hirezar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Anschreiben Vorlage Koch/Köchin</dc:title>
  <dc:subject>Anschreiben Koch/Köchin, Beispiel mit Platzhaltern, angelehnt an DIN 5008</dc:subject>
  <dc:creator>hirezard.com</dc:creator>
  <cp:keywords>Vorlage, Bewerbung, hirezard.com</cp:keywords>
  <dc:description>Vorlage von hirezard.com. Schneller geht es mit Hirezard: Lebenslauf und Anschreiben mit dem KI-Coach erstellen, in 32 Designs, auf hirezard.com</dc:description>
  <cp:lastModifiedBy>hirezard.com</cp:lastModifiedBy>
  <cp:revision>1</cp:revision>
  <dcterms:created xsi:type="dcterms:W3CDTF">2026-10-21T09:00:00Z</dcterms:created>
  <dcterms:modified xsi:type="dcterms:W3CDTF">2026-10-21T09:00:00Z</dcterms:modified>
  <cp:category>Bewerbungsvorlage</cp:category>
  <dc:language>de-DE</dc:language>
</cp:coreProperties>
</file>