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5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355"/>
      </w:tblGrid>
      <w:tr>
        <w:tc>
          <w:tcPr>
            <w:tcW w:type="dxa" w:w="9355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  <w:jc w:val="right"/>
      </w:pPr>
      <w:r>
        <w:rPr>
          <w:b/>
          <w:i w:val="0"/>
          <w:sz w:val="22"/>
        </w:rPr>
        <w:t>Melanie Beispiel</w:t>
      </w:r>
    </w:p>
    <w:p>
      <w:pPr>
        <w:spacing w:after="0"/>
        <w:jc w:val="right"/>
      </w:pPr>
      <w:r>
        <w:rPr>
          <w:b w:val="0"/>
          <w:i w:val="0"/>
          <w:sz w:val="19"/>
        </w:rPr>
        <w:t>[Straße Hausnummer]</w:t>
      </w:r>
    </w:p>
    <w:p>
      <w:pPr>
        <w:spacing w:after="0"/>
        <w:jc w:val="right"/>
      </w:pPr>
      <w:r>
        <w:rPr>
          <w:b w:val="0"/>
          <w:i w:val="0"/>
          <w:sz w:val="19"/>
        </w:rPr>
        <w:t>[PLZ] Erfurt</w:t>
      </w:r>
    </w:p>
    <w:p>
      <w:pPr>
        <w:spacing w:after="0"/>
        <w:jc w:val="right"/>
      </w:pPr>
      <w:r>
        <w:rPr>
          <w:b w:val="0"/>
          <w:i w:val="0"/>
          <w:sz w:val="19"/>
        </w:rPr>
        <w:t>[Telefonnummer]</w:t>
      </w:r>
    </w:p>
    <w:p>
      <w:pPr>
        <w:spacing w:after="0"/>
        <w:jc w:val="right"/>
      </w:pPr>
      <w:r>
        <w:rPr>
          <w:b w:val="0"/>
          <w:i w:val="0"/>
          <w:sz w:val="19"/>
        </w:rPr>
        <w:t>melanie.beispiel@example.com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Muster Mobilfunk Service GmbH</w:t>
      </w:r>
    </w:p>
    <w:p>
      <w:pPr>
        <w:spacing w:after="0"/>
      </w:pPr>
      <w:r>
        <w:rPr>
          <w:b w:val="0"/>
          <w:i w:val="0"/>
        </w:rPr>
        <w:t>Frau Beispiel</w:t>
      </w:r>
    </w:p>
    <w:p>
      <w:pPr>
        <w:spacing w:after="0"/>
      </w:pPr>
      <w:r>
        <w:rPr>
          <w:b w:val="0"/>
          <w:i w:val="0"/>
        </w:rPr>
        <w:t>[Straße Hausnummer]</w:t>
      </w:r>
    </w:p>
    <w:p>
      <w:pPr>
        <w:spacing w:after="0"/>
      </w:pPr>
      <w:r>
        <w:rPr>
          <w:b w:val="0"/>
          <w:i w:val="0"/>
        </w:rPr>
        <w:t>99084 Erfurt</w:t>
      </w:r>
    </w:p>
    <w:p>
      <w:pPr>
        <w:spacing w:after="360" w:before="560"/>
        <w:jc w:val="right"/>
      </w:pPr>
      <w:r>
        <w:rPr>
          <w:b w:val="0"/>
          <w:i w:val="0"/>
        </w:rPr>
        <w:t>[Ort], [Datum]</w:t>
      </w:r>
    </w:p>
    <w:p>
      <w:pPr>
        <w:spacing w:after="280"/>
      </w:pPr>
      <w:r>
        <w:rPr>
          <w:b/>
          <w:i w:val="0"/>
        </w:rPr>
        <w:t>Bewerbung als Mitarbeiterin im schriftlichen Kundenservice</w:t>
      </w:r>
    </w:p>
    <w:p>
      <w:pPr>
        <w:spacing w:after="160"/>
      </w:pPr>
      <w:r>
        <w:rPr>
          <w:b w:val="0"/>
          <w:i w:val="0"/>
        </w:rPr>
        <w:t>Sehr geehrte Frau Beispiel,</w:t>
      </w:r>
    </w:p>
    <w:p>
      <w:pPr>
        <w:spacing w:after="160"/>
      </w:pPr>
      <w:r>
        <w:rPr>
          <w:b w:val="0"/>
          <w:i w:val="0"/>
        </w:rPr>
        <w:t>seit fünf Jahren arbeite ich im Kundenservice, zuletzt bei einem Energieversorger, wo ich Anrufe und E-Mails zu Abrechnung und Verträgen beantworte. Am liebsten bearbeite ich die schriftlichen Anliegen, weil ich dort gründlich erklären kann. Deshalb interessiert mich Ihre Stelle im E-Mail- und Chat-Team.</w:t>
      </w:r>
    </w:p>
    <w:p>
      <w:pPr>
        <w:spacing w:after="160"/>
      </w:pPr>
      <w:r>
        <w:rPr>
          <w:b w:val="0"/>
          <w:i w:val="0"/>
        </w:rPr>
        <w:t>Viele meiner Fälle sind Beschwerden über eine hohe Nachzahlung. Ich prüfe dann die Abrechnung im SAP-Kundenkonto, erkläre die Ursache in einfachen Worten und biete, wo es möglich ist, eine Ratenzahlung an. Oft bedanken sich Kunden, die zunächst verärgert geschrieben haben.</w:t>
      </w:r>
    </w:p>
    <w:p>
      <w:pPr>
        <w:spacing w:after="160"/>
      </w:pPr>
      <w:r>
        <w:rPr>
          <w:b w:val="0"/>
          <w:i w:val="0"/>
        </w:rPr>
        <w:t>Mobilfunktarife und Gerätefragen kenne ich bisher nur als Kundin. In Ihre Produkte und Ihr Ticketsystem würde ich mich in der Einarbeitung zügig hineinarbeiten.</w:t>
      </w:r>
    </w:p>
    <w:p>
      <w:pPr>
        <w:spacing w:after="160"/>
      </w:pPr>
      <w:r>
        <w:rPr>
          <w:b w:val="0"/>
          <w:i w:val="0"/>
          <w:color w:val="6B6B66"/>
        </w:rPr>
        <w:t>[Ersetze die Beispiele durch eigene, die Anforderungen aus deiner Anzeige belegen.]</w:t>
      </w:r>
    </w:p>
    <w:p>
      <w:pPr>
        <w:spacing w:after="160"/>
      </w:pPr>
      <w:r>
        <w:rPr>
          <w:b w:val="0"/>
          <w:i w:val="0"/>
        </w:rPr>
        <w:t>Ich kann zum 1. Februar 2027 bei Ihnen starten und arbeite auch an Samstagen. Ich freue mich auf ein Gespräch.</w:t>
      </w:r>
    </w:p>
    <w:p>
      <w:pPr>
        <w:spacing w:after="520" w:before="120"/>
      </w:pPr>
      <w:r>
        <w:rPr>
          <w:b w:val="0"/>
          <w:i w:val="0"/>
        </w:rPr>
        <w:t>Mit freundlichen Grüßen</w:t>
      </w:r>
    </w:p>
    <w:p>
      <w:pPr>
        <w:spacing w:after="280"/>
      </w:pPr>
      <w:r>
        <w:rPr>
          <w:b w:val="0"/>
          <w:i w:val="0"/>
        </w:rPr>
        <w:t>Melanie Beispiel</w:t>
      </w:r>
    </w:p>
    <w:p>
      <w:r>
        <w:rPr>
          <w:b w:val="0"/>
          <w:i w:val="0"/>
          <w:color w:val="6B6B66"/>
          <w:sz w:val="19"/>
        </w:rPr>
        <w:t>Anlagen: Lebenslauf, Arbeitszeugnisse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Dieses Anschreiben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hirezard.com/vorlagen/berufe/kundenservice</w:t>
        </w:r>
      </w:hyperlink>
    </w:p>
    <w:sectPr w:rsidR="00FC693F" w:rsidRPr="0006063C" w:rsidSect="00034616">
      <w:footerReference w:type="default" r:id="rId9"/>
      <w:pgSz w:w="11906" w:h="16838"/>
      <w:pgMar w:top="1020" w:right="1134" w:bottom="1304" w:left="1417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kundenservic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Kundenservice / Call Center</dc:title>
  <dc:subject>Anschreiben Kundenservice / Call Center, Beispiel mit Platzhaltern, angelehnt an DIN 5008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