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Emre Beispiel</w:t>
      </w:r>
    </w:p>
    <w:p>
      <w:pPr>
        <w:spacing w:after="0"/>
        <w:jc w:val="right"/>
      </w:pPr>
      <w:r>
        <w:rPr>
          <w:b w:val="0"/>
          <w:i w:val="0"/>
          <w:sz w:val="19"/>
        </w:rPr>
        <w:t>[Straße Hausnummer]</w:t>
      </w:r>
    </w:p>
    <w:p>
      <w:pPr>
        <w:spacing w:after="0"/>
        <w:jc w:val="right"/>
      </w:pPr>
      <w:r>
        <w:rPr>
          <w:b w:val="0"/>
          <w:i w:val="0"/>
          <w:sz w:val="19"/>
        </w:rPr>
        <w:t>[PLZ] Leipzig</w:t>
      </w:r>
    </w:p>
    <w:p>
      <w:pPr>
        <w:spacing w:after="0"/>
        <w:jc w:val="right"/>
      </w:pPr>
      <w:r>
        <w:rPr>
          <w:b w:val="0"/>
          <w:i w:val="0"/>
          <w:sz w:val="19"/>
        </w:rPr>
        <w:t>[Telefonnummer]</w:t>
      </w:r>
    </w:p>
    <w:p>
      <w:pPr>
        <w:spacing w:after="0"/>
        <w:jc w:val="right"/>
      </w:pPr>
      <w:r>
        <w:rPr>
          <w:b w:val="0"/>
          <w:i w:val="0"/>
          <w:sz w:val="19"/>
        </w:rPr>
        <w:t>emre.beispiel@example.com</w:t>
      </w:r>
    </w:p>
    <w:p>
      <w:pPr>
        <w:spacing w:after="360"/>
      </w:pPr>
    </w:p>
    <w:p>
      <w:pPr>
        <w:spacing w:after="0"/>
      </w:pPr>
      <w:r>
        <w:rPr>
          <w:b w:val="0"/>
          <w:i w:val="0"/>
        </w:rPr>
        <w:t>Express Muster GmbH</w:t>
      </w:r>
    </w:p>
    <w:p>
      <w:pPr>
        <w:spacing w:after="0"/>
      </w:pPr>
      <w:r>
        <w:rPr>
          <w:b w:val="0"/>
          <w:i w:val="0"/>
        </w:rPr>
        <w:t>Personalabteilung</w:t>
      </w:r>
    </w:p>
    <w:p>
      <w:pPr>
        <w:spacing w:after="0"/>
      </w:pPr>
      <w:r>
        <w:rPr>
          <w:b w:val="0"/>
          <w:i w:val="0"/>
        </w:rPr>
        <w:t>[Straße Hausnummer]</w:t>
      </w:r>
    </w:p>
    <w:p>
      <w:pPr>
        <w:spacing w:after="0"/>
      </w:pPr>
      <w:r>
        <w:rPr>
          <w:b w:val="0"/>
          <w:i w:val="0"/>
        </w:rPr>
        <w:t>04109 Leipzig</w:t>
      </w:r>
    </w:p>
    <w:p>
      <w:pPr>
        <w:spacing w:after="360" w:before="560"/>
        <w:jc w:val="right"/>
      </w:pPr>
      <w:r>
        <w:rPr>
          <w:b w:val="0"/>
          <w:i w:val="0"/>
        </w:rPr>
        <w:t>[Ort], [Datum]</w:t>
      </w:r>
    </w:p>
    <w:p>
      <w:pPr>
        <w:spacing w:after="280"/>
      </w:pPr>
      <w:r>
        <w:rPr>
          <w:b/>
          <w:i w:val="0"/>
        </w:rPr>
        <w:t>Bewerbung als Kurierfahrer im Stadtgebiet Leipzig</w:t>
      </w:r>
    </w:p>
    <w:p>
      <w:pPr>
        <w:spacing w:after="160"/>
      </w:pPr>
      <w:r>
        <w:rPr>
          <w:b w:val="0"/>
          <w:i w:val="0"/>
        </w:rPr>
        <w:t>Sehr geehrte Damen und Herren,</w:t>
      </w:r>
    </w:p>
    <w:p>
      <w:pPr>
        <w:spacing w:after="160"/>
      </w:pPr>
      <w:r>
        <w:rPr>
          <w:b w:val="0"/>
          <w:i w:val="0"/>
        </w:rPr>
        <w:t>seit drei Jahren stelle ich in Leipzig Pakete zu und kenne die Stadt inzwischen Straße für Straße. Für Ihren Expressdienst im Stadtgebiet bewerbe ich mich, weil ich gern selbstständig unterwegs bin und eine feste Anstellung suche.</w:t>
      </w:r>
    </w:p>
    <w:p>
      <w:pPr>
        <w:spacing w:after="160"/>
      </w:pPr>
      <w:r>
        <w:rPr>
          <w:b w:val="0"/>
          <w:i w:val="0"/>
        </w:rPr>
        <w:t>Jeden Morgen belade ich meinen Transporter in der richtigen Reihenfolge, scanne jede Sendung und halte meine Zeitfenster bei Geschäftskunden ein. Nachnahmen rechne ich am Abend ohne Differenzen ab. Aus meiner Zeit in der Gastronomie bringe ich mit, auch bei Hektik freundlich zu bleiben.</w:t>
      </w:r>
    </w:p>
    <w:p>
      <w:pPr>
        <w:spacing w:after="160"/>
      </w:pPr>
      <w:r>
        <w:rPr>
          <w:b w:val="0"/>
          <w:i w:val="0"/>
        </w:rPr>
        <w:t>Ihre Anzeige nennt Erfahrung mit Lastenrädern für die Innenstadt. Damit bin ich bisher nicht gefahren, ich traue mir das aber zu und würde es gern bei einer Probeschicht ausprobieren.</w:t>
      </w:r>
    </w:p>
    <w:p>
      <w:pPr>
        <w:spacing w:after="160"/>
      </w:pPr>
      <w:r>
        <w:rPr>
          <w:b w:val="0"/>
          <w:i w:val="0"/>
          <w:color w:val="6B6B66"/>
        </w:rPr>
        <w:t>[Ersetze die Beispiele durch eigene, die Anforderungen aus deiner Anzeige belegen.]</w:t>
      </w:r>
    </w:p>
    <w:p>
      <w:pPr>
        <w:spacing w:after="160"/>
      </w:pPr>
      <w:r>
        <w:rPr>
          <w:b w:val="0"/>
          <w:i w:val="0"/>
        </w:rPr>
        <w:t>Ich kann zum 1. Dezember 2026 anfangen und bin auch früh am Morgen gut einsetzbar. Ich freue mich auf Ihre Rückmeldung.</w:t>
      </w:r>
    </w:p>
    <w:p>
      <w:pPr>
        <w:spacing w:after="520" w:before="120"/>
      </w:pPr>
      <w:r>
        <w:rPr>
          <w:b w:val="0"/>
          <w:i w:val="0"/>
        </w:rPr>
        <w:t>Mit freundlichen Grüßen</w:t>
      </w:r>
    </w:p>
    <w:p>
      <w:pPr>
        <w:spacing w:after="280"/>
      </w:pPr>
      <w:r>
        <w:rPr>
          <w:b w:val="0"/>
          <w:i w:val="0"/>
        </w:rPr>
        <w:t>Emre Beispiel</w:t>
      </w:r>
    </w:p>
    <w:p>
      <w:r>
        <w:rPr>
          <w:b w:val="0"/>
          <w:i w:val="0"/>
          <w:color w:val="6B6B66"/>
          <w:sz w:val="19"/>
        </w:rPr>
        <w:t>Anlagen: Lebenslauf, Kopie Führerschein, Arbeitszeugnis</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hirezard.com/vorlagen/berufe/kurierfahrer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kurierfahr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Kurierfahrer/in</dc:title>
  <dc:subject>Anschreiben Kurierfahrer/in,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