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Ivana Beispiel</w:t>
      </w:r>
    </w:p>
    <w:p>
      <w:pPr>
        <w:spacing w:after="0"/>
        <w:jc w:val="right"/>
      </w:pPr>
      <w:r>
        <w:rPr>
          <w:b w:val="0"/>
          <w:i w:val="0"/>
          <w:sz w:val="19"/>
        </w:rPr>
        <w:t>[Straße Hausnummer]</w:t>
      </w:r>
    </w:p>
    <w:p>
      <w:pPr>
        <w:spacing w:after="0"/>
        <w:jc w:val="right"/>
      </w:pPr>
      <w:r>
        <w:rPr>
          <w:b w:val="0"/>
          <w:i w:val="0"/>
          <w:sz w:val="19"/>
        </w:rPr>
        <w:t>[PLZ] Leipzig</w:t>
      </w:r>
    </w:p>
    <w:p>
      <w:pPr>
        <w:spacing w:after="0"/>
        <w:jc w:val="right"/>
      </w:pPr>
      <w:r>
        <w:rPr>
          <w:b w:val="0"/>
          <w:i w:val="0"/>
          <w:sz w:val="19"/>
        </w:rPr>
        <w:t>[Telefonnummer]</w:t>
      </w:r>
    </w:p>
    <w:p>
      <w:pPr>
        <w:spacing w:after="0"/>
        <w:jc w:val="right"/>
      </w:pPr>
      <w:r>
        <w:rPr>
          <w:b w:val="0"/>
          <w:i w:val="0"/>
          <w:sz w:val="19"/>
        </w:rPr>
        <w:t>ivana.beispiel@example.com</w:t>
      </w:r>
    </w:p>
    <w:p>
      <w:pPr>
        <w:spacing w:after="360"/>
      </w:pPr>
    </w:p>
    <w:p>
      <w:pPr>
        <w:spacing w:after="0"/>
      </w:pPr>
      <w:r>
        <w:rPr>
          <w:b w:val="0"/>
          <w:i w:val="0"/>
        </w:rPr>
        <w:t>Muster Raum und Farbe GmbH</w:t>
      </w:r>
    </w:p>
    <w:p>
      <w:pPr>
        <w:spacing w:after="0"/>
      </w:pPr>
      <w:r>
        <w:rPr>
          <w:b w:val="0"/>
          <w:i w:val="0"/>
        </w:rPr>
        <w:t>Herr Beispiel</w:t>
      </w:r>
    </w:p>
    <w:p>
      <w:pPr>
        <w:spacing w:after="0"/>
      </w:pPr>
      <w:r>
        <w:rPr>
          <w:b w:val="0"/>
          <w:i w:val="0"/>
        </w:rPr>
        <w:t>[Straße Hausnummer]</w:t>
      </w:r>
    </w:p>
    <w:p>
      <w:pPr>
        <w:spacing w:after="0"/>
      </w:pPr>
      <w:r>
        <w:rPr>
          <w:b w:val="0"/>
          <w:i w:val="0"/>
        </w:rPr>
        <w:t>04109 Leipzig</w:t>
      </w:r>
    </w:p>
    <w:p>
      <w:pPr>
        <w:spacing w:after="360" w:before="560"/>
        <w:jc w:val="right"/>
      </w:pPr>
      <w:r>
        <w:rPr>
          <w:b w:val="0"/>
          <w:i w:val="0"/>
        </w:rPr>
        <w:t>[Ort], [Datum]</w:t>
      </w:r>
    </w:p>
    <w:p>
      <w:pPr>
        <w:spacing w:after="280"/>
      </w:pPr>
      <w:r>
        <w:rPr>
          <w:b/>
          <w:i w:val="0"/>
        </w:rPr>
        <w:t>Bewerbung als Malerin und Lackiererin mit Erfahrung als Vorarbeiterin</w:t>
      </w:r>
    </w:p>
    <w:p>
      <w:pPr>
        <w:spacing w:after="160"/>
      </w:pPr>
      <w:r>
        <w:rPr>
          <w:b w:val="0"/>
          <w:i w:val="0"/>
        </w:rPr>
        <w:t>Sehr geehrter Herr Beispiel,</w:t>
      </w:r>
    </w:p>
    <w:p>
      <w:pPr>
        <w:spacing w:after="160"/>
      </w:pPr>
      <w:r>
        <w:rPr>
          <w:b w:val="0"/>
          <w:i w:val="0"/>
        </w:rPr>
        <w:t>Sie suchen eine Malerin, die Baustellen selbstständig führt und auch bei bewohnten Wohnungen sauber arbeitet. Genau das mache ich seit fünf Jahren als Vorarbeiterin in einem Leipziger Malerbetrieb.</w:t>
      </w:r>
    </w:p>
    <w:p>
      <w:pPr>
        <w:spacing w:after="160"/>
      </w:pPr>
      <w:r>
        <w:rPr>
          <w:b w:val="0"/>
          <w:i w:val="0"/>
        </w:rPr>
        <w:t>Meine Aufträge reichen von der Renovierung von Wohnungen und Arztpraxen bis zur Fassadeninstandsetzung mit Wärmedämmung. Ich plane kleine Baustellen, bestelle das Material und leite zwei Auszubildende an. Besonders gern arbeite ich an Oberflächen, die hohe Ansprüche haben, etwa glatte Spachtelflächen für Räume mit Streiflicht.</w:t>
      </w:r>
    </w:p>
    <w:p>
      <w:pPr>
        <w:spacing w:after="160"/>
      </w:pPr>
      <w:r>
        <w:rPr>
          <w:b w:val="0"/>
          <w:i w:val="0"/>
        </w:rPr>
        <w:t>Sie nennen in Ihrer Anzeige auch Bodenbeläge. Hier habe ich bisher nur einfache Beläge verlegt. Ich lerne gern dazu und würde dafür auch eine Schulung besuchen.</w:t>
      </w:r>
    </w:p>
    <w:p>
      <w:pPr>
        <w:spacing w:after="160"/>
      </w:pPr>
      <w:r>
        <w:rPr>
          <w:b w:val="0"/>
          <w:i w:val="0"/>
          <w:color w:val="6B6B66"/>
        </w:rPr>
        <w:t>[Ersetze die Beispiele durch eigene, die Anforderungen aus deiner Anzeige belegen.]</w:t>
      </w:r>
    </w:p>
    <w:p>
      <w:pPr>
        <w:spacing w:after="160"/>
      </w:pPr>
      <w:r>
        <w:rPr>
          <w:b w:val="0"/>
          <w:i w:val="0"/>
        </w:rPr>
        <w:t>Ich kann zum 1. Dezember 2026 bei Ihnen anfangen. Fotos einiger Arbeiten liegen bei. Über einen Probetag freue ich mich.</w:t>
      </w:r>
    </w:p>
    <w:p>
      <w:pPr>
        <w:spacing w:after="520" w:before="120"/>
      </w:pPr>
      <w:r>
        <w:rPr>
          <w:b w:val="0"/>
          <w:i w:val="0"/>
        </w:rPr>
        <w:t>Mit freundlichen Grüßen</w:t>
      </w:r>
    </w:p>
    <w:p>
      <w:pPr>
        <w:spacing w:after="280"/>
      </w:pPr>
      <w:r>
        <w:rPr>
          <w:b w:val="0"/>
          <w:i w:val="0"/>
        </w:rPr>
        <w:t>Ivana Beispiel</w:t>
      </w:r>
    </w:p>
    <w:p>
      <w:r>
        <w:rPr>
          <w:b w:val="0"/>
          <w:i w:val="0"/>
          <w:color w:val="6B6B66"/>
          <w:sz w:val="19"/>
        </w:rPr>
        <w:t>Anlagen: Lebenslauf, Gesellenbrief, Arbeitszeugnis, Fotos eigener Arbeiten</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hirezard.com/vorlagen/berufe/maler-lackierer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maler-lackier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Maler/in und Lackierer/in</dc:title>
  <dc:subject>Anschreiben Maler/in und Lackierer/in,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