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Hannah Beispiel</w:t>
      </w:r>
    </w:p>
    <w:p>
      <w:pPr>
        <w:spacing w:after="0"/>
        <w:jc w:val="right"/>
      </w:pPr>
      <w:r>
        <w:rPr>
          <w:b w:val="0"/>
          <w:i w:val="0"/>
          <w:sz w:val="19"/>
        </w:rPr>
        <w:t>[Straße Hausnummer]</w:t>
      </w:r>
    </w:p>
    <w:p>
      <w:pPr>
        <w:spacing w:after="0"/>
        <w:jc w:val="right"/>
      </w:pPr>
      <w:r>
        <w:rPr>
          <w:b w:val="0"/>
          <w:i w:val="0"/>
          <w:sz w:val="19"/>
        </w:rPr>
        <w:t>[PLZ] Hamburg</w:t>
      </w:r>
    </w:p>
    <w:p>
      <w:pPr>
        <w:spacing w:after="0"/>
        <w:jc w:val="right"/>
      </w:pPr>
      <w:r>
        <w:rPr>
          <w:b w:val="0"/>
          <w:i w:val="0"/>
          <w:sz w:val="19"/>
        </w:rPr>
        <w:t>[Telefonnummer]</w:t>
      </w:r>
    </w:p>
    <w:p>
      <w:pPr>
        <w:spacing w:after="0"/>
        <w:jc w:val="right"/>
      </w:pPr>
      <w:r>
        <w:rPr>
          <w:b w:val="0"/>
          <w:i w:val="0"/>
          <w:sz w:val="19"/>
        </w:rPr>
        <w:t>hannah.beispiel@example.com</w:t>
      </w:r>
    </w:p>
    <w:p>
      <w:pPr>
        <w:spacing w:after="360"/>
      </w:pPr>
    </w:p>
    <w:p>
      <w:pPr>
        <w:spacing w:after="0"/>
      </w:pPr>
      <w:r>
        <w:rPr>
          <w:b w:val="0"/>
          <w:i w:val="0"/>
        </w:rPr>
        <w:t>Musterreisen GmbH</w:t>
      </w:r>
    </w:p>
    <w:p>
      <w:pPr>
        <w:spacing w:after="0"/>
      </w:pPr>
      <w:r>
        <w:rPr>
          <w:b w:val="0"/>
          <w:i w:val="0"/>
        </w:rPr>
        <w:t>Frau Muster</w:t>
      </w:r>
    </w:p>
    <w:p>
      <w:pPr>
        <w:spacing w:after="0"/>
      </w:pPr>
      <w:r>
        <w:rPr>
          <w:b w:val="0"/>
          <w:i w:val="0"/>
        </w:rPr>
        <w:t>[Straße Hausnummer]</w:t>
      </w:r>
    </w:p>
    <w:p>
      <w:pPr>
        <w:spacing w:after="0"/>
      </w:pPr>
      <w:r>
        <w:rPr>
          <w:b w:val="0"/>
          <w:i w:val="0"/>
        </w:rPr>
        <w:t>20095 Hamburg</w:t>
      </w:r>
    </w:p>
    <w:p>
      <w:pPr>
        <w:spacing w:after="360" w:before="560"/>
        <w:jc w:val="right"/>
      </w:pPr>
      <w:r>
        <w:rPr>
          <w:b w:val="0"/>
          <w:i w:val="0"/>
        </w:rPr>
        <w:t>[Ort], [Datum]</w:t>
      </w:r>
    </w:p>
    <w:p>
      <w:pPr>
        <w:spacing w:after="280"/>
      </w:pPr>
      <w:r>
        <w:rPr>
          <w:b/>
          <w:i w:val="0"/>
        </w:rPr>
        <w:t>Bewerbung als Marketing Managerin für Ihren Onlinevertrieb</w:t>
      </w:r>
    </w:p>
    <w:p>
      <w:pPr>
        <w:spacing w:after="160"/>
      </w:pPr>
      <w:r>
        <w:rPr>
          <w:b w:val="0"/>
          <w:i w:val="0"/>
        </w:rPr>
        <w:t>Sehr geehrte Frau Muster,</w:t>
      </w:r>
    </w:p>
    <w:p>
      <w:pPr>
        <w:spacing w:after="160"/>
      </w:pPr>
      <w:r>
        <w:rPr>
          <w:b w:val="0"/>
          <w:i w:val="0"/>
        </w:rPr>
        <w:t>Ihre Reisen verkaufen Sie inzwischen fast vollständig online, und genau deshalb suchen Sie eine Marketing Managerin, die Suche, Newsletter und Analyse zusammendenkt. In den letzten drei Jahren habe ich diese Kanäle für einen Onlineshop für Möbel verantwortet und davor in einer Agentur Kampagnen für Tourismuskunden betreut.</w:t>
      </w:r>
    </w:p>
    <w:p>
      <w:pPr>
        <w:spacing w:after="160"/>
      </w:pPr>
      <w:r>
        <w:rPr>
          <w:b w:val="0"/>
          <w:i w:val="0"/>
        </w:rPr>
        <w:t>Bei der Beispiel Wohnen GmbH plane ich die Suchmaschinenwerbung, steuere das Budget für diesen Kanal und werte jede Kampagne in Google Analytics aus. Als die Kosten pro Bestellung in einer Produktgruppe stiegen, habe ich die Kampagnen nach Regionen getrennt und die Gebote danach ausgerichtet. Seitdem entscheiden wir monatlich anhand dieser Auswertung, wo das Budget hinfließt.</w:t>
      </w:r>
    </w:p>
    <w:p>
      <w:pPr>
        <w:spacing w:after="160"/>
      </w:pPr>
      <w:r>
        <w:rPr>
          <w:b w:val="0"/>
          <w:i w:val="0"/>
        </w:rPr>
        <w:t>Social Media betreue ich heute nur am Rand, in Ihrer Anzeige ist es ein wichtiger Teil. Aus der Agentur kenne ich Redaktionspläne und Anzeigen in sozialen Netzwerken, und ich möchte diesen Bereich bei Ihnen wieder ausbauen.</w:t>
      </w:r>
    </w:p>
    <w:p>
      <w:pPr>
        <w:spacing w:after="160"/>
      </w:pPr>
      <w:r>
        <w:rPr>
          <w:b w:val="0"/>
          <w:i w:val="0"/>
          <w:color w:val="6B6B66"/>
        </w:rPr>
        <w:t>[Ersetze die Beispiele durch eigene, die Anforderungen aus deiner Anzeige belegen.]</w:t>
      </w:r>
    </w:p>
    <w:p>
      <w:pPr>
        <w:spacing w:after="160"/>
      </w:pPr>
      <w:r>
        <w:rPr>
          <w:b w:val="0"/>
          <w:i w:val="0"/>
        </w:rPr>
        <w:t>Ich kann zum 1. März 2027 beginnen. Gern zeige ich Ihnen im Gespräch Beispiele meiner Kampagnen.</w:t>
      </w:r>
    </w:p>
    <w:p>
      <w:pPr>
        <w:spacing w:after="520" w:before="120"/>
      </w:pPr>
      <w:r>
        <w:rPr>
          <w:b w:val="0"/>
          <w:i w:val="0"/>
        </w:rPr>
        <w:t>Mit freundlichen Grüßen</w:t>
      </w:r>
    </w:p>
    <w:p>
      <w:pPr>
        <w:spacing w:after="280"/>
      </w:pPr>
      <w:r>
        <w:rPr>
          <w:b w:val="0"/>
          <w:i w:val="0"/>
        </w:rPr>
        <w:t>Hannah Beispiel</w:t>
      </w:r>
    </w:p>
    <w:p>
      <w:r>
        <w:rPr>
          <w:b w:val="0"/>
          <w:i w:val="0"/>
          <w:color w:val="6B6B66"/>
          <w:sz w:val="19"/>
        </w:rPr>
        <w:t>Anlagen: Lebenslauf, Arbeitszeugnisse, IHK-Abschlusszeugnis, Zertifikate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hirezard.com/vorlagen/berufe/marketing-manager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marketing-manag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Marketing Manager/in</dc:title>
  <dc:subject>Anschreiben Marketing Manager/in,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