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Mehmet Beispiel</w:t>
      </w:r>
    </w:p>
    <w:p>
      <w:pPr>
        <w:spacing w:after="0"/>
        <w:jc w:val="right"/>
      </w:pPr>
      <w:r>
        <w:rPr>
          <w:b w:val="0"/>
          <w:i w:val="0"/>
          <w:sz w:val="19"/>
        </w:rPr>
        <w:t>[Straße Hausnummer]</w:t>
      </w:r>
    </w:p>
    <w:p>
      <w:pPr>
        <w:spacing w:after="0"/>
        <w:jc w:val="right"/>
      </w:pPr>
      <w:r>
        <w:rPr>
          <w:b w:val="0"/>
          <w:i w:val="0"/>
          <w:sz w:val="19"/>
        </w:rPr>
        <w:t>[PLZ] Hannover</w:t>
      </w:r>
    </w:p>
    <w:p>
      <w:pPr>
        <w:spacing w:after="0"/>
        <w:jc w:val="right"/>
      </w:pPr>
      <w:r>
        <w:rPr>
          <w:b w:val="0"/>
          <w:i w:val="0"/>
          <w:sz w:val="19"/>
        </w:rPr>
        <w:t>[Telefonnummer]</w:t>
      </w:r>
    </w:p>
    <w:p>
      <w:pPr>
        <w:spacing w:after="0"/>
        <w:jc w:val="right"/>
      </w:pPr>
      <w:r>
        <w:rPr>
          <w:b w:val="0"/>
          <w:i w:val="0"/>
          <w:sz w:val="19"/>
        </w:rPr>
        <w:t>mehmet.beispiel@example.com</w:t>
      </w:r>
    </w:p>
    <w:p>
      <w:pPr>
        <w:spacing w:after="360"/>
      </w:pPr>
    </w:p>
    <w:p>
      <w:pPr>
        <w:spacing w:after="0"/>
      </w:pPr>
      <w:r>
        <w:rPr>
          <w:b w:val="0"/>
          <w:i w:val="0"/>
        </w:rPr>
        <w:t>Beispiel Verpackungstechnik GmbH</w:t>
      </w:r>
    </w:p>
    <w:p>
      <w:pPr>
        <w:spacing w:after="0"/>
      </w:pPr>
      <w:r>
        <w:rPr>
          <w:b w:val="0"/>
          <w:i w:val="0"/>
        </w:rPr>
        <w:t>Frau Beispiel</w:t>
      </w:r>
    </w:p>
    <w:p>
      <w:pPr>
        <w:spacing w:after="0"/>
      </w:pPr>
      <w:r>
        <w:rPr>
          <w:b w:val="0"/>
          <w:i w:val="0"/>
        </w:rPr>
        <w:t>[Straße Hausnummer]</w:t>
      </w:r>
    </w:p>
    <w:p>
      <w:pPr>
        <w:spacing w:after="0"/>
      </w:pPr>
      <w:r>
        <w:rPr>
          <w:b w:val="0"/>
          <w:i w:val="0"/>
        </w:rPr>
        <w:t>30659 Hannover</w:t>
      </w:r>
    </w:p>
    <w:p>
      <w:pPr>
        <w:spacing w:after="360" w:before="560"/>
        <w:jc w:val="right"/>
      </w:pPr>
      <w:r>
        <w:rPr>
          <w:b w:val="0"/>
          <w:i w:val="0"/>
        </w:rPr>
        <w:t>[Ort], [Datum]</w:t>
      </w:r>
    </w:p>
    <w:p>
      <w:pPr>
        <w:spacing w:after="280"/>
      </w:pPr>
      <w:r>
        <w:rPr>
          <w:b/>
          <w:i w:val="0"/>
        </w:rPr>
        <w:t>Bewerbung als Mechatroniker in der Instandhaltung</w:t>
      </w:r>
    </w:p>
    <w:p>
      <w:pPr>
        <w:spacing w:after="160"/>
      </w:pPr>
      <w:r>
        <w:rPr>
          <w:b w:val="0"/>
          <w:i w:val="0"/>
        </w:rPr>
        <w:t>Sehr geehrte Frau Beispiel,</w:t>
      </w:r>
    </w:p>
    <w:p>
      <w:pPr>
        <w:spacing w:after="160"/>
      </w:pPr>
      <w:r>
        <w:rPr>
          <w:b w:val="0"/>
          <w:i w:val="0"/>
        </w:rPr>
        <w:t>wenn an einer Verpackungslinie nachts eine Störung auftritt, bin ich seit sechs Jahren derjenige, der sie findet. Deshalb hat mich Ihre Anzeige für die Instandhaltung angesprochen, in der Sie jemanden suchen, der Anlagen selbstständig betreut.</w:t>
      </w:r>
    </w:p>
    <w:p>
      <w:pPr>
        <w:spacing w:after="160"/>
      </w:pPr>
      <w:r>
        <w:rPr>
          <w:b w:val="0"/>
          <w:i w:val="0"/>
        </w:rPr>
        <w:t>In der Instandhaltung der Musterfood Produktion GmbH kümmere ich mich um Abfüll- und Verpackungsanlagen. Ich grenze Fehler in Mechanik, Pneumatik und Steuerung ein, lese Fehlermeldungen mit TIA Portal aus und tausche Antriebe und Sensoren. Die Wartungen nach Plan dokumentiere ich im Instandhaltungssystem, damit die nächste Schicht weiß, was erledigt ist.</w:t>
      </w:r>
    </w:p>
    <w:p>
      <w:pPr>
        <w:spacing w:after="160"/>
      </w:pPr>
      <w:r>
        <w:rPr>
          <w:b w:val="0"/>
          <w:i w:val="0"/>
        </w:rPr>
        <w:t>Sie wünschen sich Erfahrung im Programmieren von Steuerungen. Bausteine ändere ich bisher nur nach Freigabe, eigene Programme habe ich noch nicht geschrieben. Den Aufbaukurs für TIA Portal habe ich 2023 abgeschlossen und möchte genau hier weiterlernen.</w:t>
      </w:r>
    </w:p>
    <w:p>
      <w:pPr>
        <w:spacing w:after="160"/>
      </w:pPr>
      <w:r>
        <w:rPr>
          <w:b w:val="0"/>
          <w:i w:val="0"/>
          <w:color w:val="6B6B66"/>
        </w:rPr>
        <w:t>[Ersetze die Beispiele durch eigene, die Anforderungen aus deiner Anzeige belegen.]</w:t>
      </w:r>
    </w:p>
    <w:p>
      <w:pPr>
        <w:spacing w:after="160"/>
      </w:pPr>
      <w:r>
        <w:rPr>
          <w:b w:val="0"/>
          <w:i w:val="0"/>
        </w:rPr>
        <w:t>Den Dreischichtbetrieb kenne ich und kann nach meiner Kündigungsfrist zum 1. Januar 2027 beginnen. Ich freue mich darauf, Ihnen im Gespräch mehr zu erzählen.</w:t>
      </w:r>
    </w:p>
    <w:p>
      <w:pPr>
        <w:spacing w:after="520" w:before="120"/>
      </w:pPr>
      <w:r>
        <w:rPr>
          <w:b w:val="0"/>
          <w:i w:val="0"/>
        </w:rPr>
        <w:t>Mit freundlichen Grüßen</w:t>
      </w:r>
    </w:p>
    <w:p>
      <w:pPr>
        <w:spacing w:after="280"/>
      </w:pPr>
      <w:r>
        <w:rPr>
          <w:b w:val="0"/>
          <w:i w:val="0"/>
        </w:rPr>
        <w:t>Mehmet Beispiel</w:t>
      </w:r>
    </w:p>
    <w:p>
      <w:r>
        <w:rPr>
          <w:b w:val="0"/>
          <w:i w:val="0"/>
          <w:color w:val="6B6B66"/>
          <w:sz w:val="19"/>
        </w:rPr>
        <w:t>Anlagen: Lebenslauf, Abschlusszeugnis IHK, Arbeitszeugnisse, Kursnachweis TIA Portal</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hirezard.com/vorlagen/berufe/mechatroniker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mechatronik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Mechatroniker/in</dc:title>
  <dc:subject>Anschreiben Mechatroniker/in,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