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Jana Beispiel</w:t>
      </w:r>
    </w:p>
    <w:p>
      <w:pPr>
        <w:spacing w:after="0"/>
        <w:jc w:val="right"/>
      </w:pPr>
      <w:r>
        <w:rPr>
          <w:b w:val="0"/>
          <w:i w:val="0"/>
          <w:sz w:val="19"/>
        </w:rPr>
        <w:t>[Straße Hausnummer]</w:t>
      </w:r>
    </w:p>
    <w:p>
      <w:pPr>
        <w:spacing w:after="0"/>
        <w:jc w:val="right"/>
      </w:pPr>
      <w:r>
        <w:rPr>
          <w:b w:val="0"/>
          <w:i w:val="0"/>
          <w:sz w:val="19"/>
        </w:rPr>
        <w:t>[PLZ] Leipzig</w:t>
      </w:r>
    </w:p>
    <w:p>
      <w:pPr>
        <w:spacing w:after="0"/>
        <w:jc w:val="right"/>
      </w:pPr>
      <w:r>
        <w:rPr>
          <w:b w:val="0"/>
          <w:i w:val="0"/>
          <w:sz w:val="19"/>
        </w:rPr>
        <w:t>[Telefonnummer]</w:t>
      </w:r>
    </w:p>
    <w:p>
      <w:pPr>
        <w:spacing w:after="0"/>
        <w:jc w:val="right"/>
      </w:pPr>
      <w:r>
        <w:rPr>
          <w:b w:val="0"/>
          <w:i w:val="0"/>
          <w:sz w:val="19"/>
        </w:rPr>
        <w:t>jana.beispiel@example.com</w:t>
      </w:r>
    </w:p>
    <w:p>
      <w:pPr>
        <w:spacing w:after="360"/>
      </w:pPr>
    </w:p>
    <w:p>
      <w:pPr>
        <w:spacing w:after="0"/>
      </w:pPr>
      <w:r>
        <w:rPr>
          <w:b w:val="0"/>
          <w:i w:val="0"/>
        </w:rPr>
        <w:t>Musterpraxis Innere Medizin</w:t>
      </w:r>
    </w:p>
    <w:p>
      <w:pPr>
        <w:spacing w:after="0"/>
      </w:pPr>
      <w:r>
        <w:rPr>
          <w:b w:val="0"/>
          <w:i w:val="0"/>
        </w:rPr>
        <w:t>Frau Dr. Beispiel</w:t>
      </w:r>
    </w:p>
    <w:p>
      <w:pPr>
        <w:spacing w:after="0"/>
      </w:pPr>
      <w:r>
        <w:rPr>
          <w:b w:val="0"/>
          <w:i w:val="0"/>
        </w:rPr>
        <w:t>[Straße Hausnummer]</w:t>
      </w:r>
    </w:p>
    <w:p>
      <w:pPr>
        <w:spacing w:after="0"/>
      </w:pPr>
      <w:r>
        <w:rPr>
          <w:b w:val="0"/>
          <w:i w:val="0"/>
        </w:rPr>
        <w:t>04109 Leipzig</w:t>
      </w:r>
    </w:p>
    <w:p>
      <w:pPr>
        <w:spacing w:after="360" w:before="560"/>
        <w:jc w:val="right"/>
      </w:pPr>
      <w:r>
        <w:rPr>
          <w:b w:val="0"/>
          <w:i w:val="0"/>
        </w:rPr>
        <w:t>[Ort], [Datum]</w:t>
      </w:r>
    </w:p>
    <w:p>
      <w:pPr>
        <w:spacing w:after="280"/>
      </w:pPr>
      <w:r>
        <w:rPr>
          <w:b/>
          <w:i w:val="0"/>
        </w:rPr>
        <w:t>Bewerbung als Medizinische Fachangestellte, Schwerpunkt Diabetologie</w:t>
      </w:r>
    </w:p>
    <w:p>
      <w:pPr>
        <w:spacing w:after="160"/>
      </w:pPr>
      <w:r>
        <w:rPr>
          <w:b w:val="0"/>
          <w:i w:val="0"/>
        </w:rPr>
        <w:t>Sehr geehrte Frau Dr. Beispiel,</w:t>
      </w:r>
    </w:p>
    <w:p>
      <w:pPr>
        <w:spacing w:after="160"/>
      </w:pPr>
      <w:r>
        <w:rPr>
          <w:b w:val="0"/>
          <w:i w:val="0"/>
        </w:rPr>
        <w:t>in unserer Hausarztpraxis betreue ich seit drei Jahren die Patientinnen und Patienten im Disease-Management-Programm Diabetes. Dabei habe ich gemerkt, wie viel eine gute Schulung und eine verlässliche Terminplanung bewirken. In Ihrer diabetologischen Schwerpunktpraxis möchte ich mich genau darauf konzentrieren.</w:t>
      </w:r>
    </w:p>
    <w:p>
      <w:pPr>
        <w:spacing w:after="160"/>
      </w:pPr>
      <w:r>
        <w:rPr>
          <w:b w:val="0"/>
          <w:i w:val="0"/>
        </w:rPr>
        <w:t>Ich nehme sicher Blut ab, schreibe EKG und kenne die Abläufe am Empfang von der Versichertenkarte bis zum elektronischen Rezept. Die Quartalsabrechnung nach EBM bereite ich seit zwei Jahren eigenständig vor. Für unser Recall habe ich eine einfache Liste in der Praxissoftware angelegt, damit keine Kontrolluntersuchung vergessen wird.</w:t>
      </w:r>
    </w:p>
    <w:p>
      <w:pPr>
        <w:spacing w:after="160"/>
      </w:pPr>
      <w:r>
        <w:rPr>
          <w:b w:val="0"/>
          <w:i w:val="0"/>
        </w:rPr>
        <w:t>Die Weiterbildung zur Diabetesberaterin habe ich noch nicht, nur die Fortbildung zur Diabetesassistenz. Ich würde sie gern in den nächsten Jahren berufsbegleitend machen. Mit Ihrer Praxissoftware habe ich noch nicht gearbeitet, kenne aber die typischen Abläufe gut.</w:t>
      </w:r>
    </w:p>
    <w:p>
      <w:pPr>
        <w:spacing w:after="160"/>
      </w:pPr>
      <w:r>
        <w:rPr>
          <w:b w:val="0"/>
          <w:i w:val="0"/>
          <w:color w:val="6B6B66"/>
        </w:rPr>
        <w:t>[Ersetze die Beispiele durch eigene, die Anforderungen aus deiner Anzeige belegen.]</w:t>
      </w:r>
    </w:p>
    <w:p>
      <w:pPr>
        <w:spacing w:after="160"/>
      </w:pPr>
      <w:r>
        <w:rPr>
          <w:b w:val="0"/>
          <w:i w:val="0"/>
        </w:rPr>
        <w:t>Ich kann zum 1. Januar 2027 beginnen und komme gern zu einem Probearbeitstag. Ich freue mich, von Ihnen zu hören.</w:t>
      </w:r>
    </w:p>
    <w:p>
      <w:pPr>
        <w:spacing w:after="520" w:before="120"/>
      </w:pPr>
      <w:r>
        <w:rPr>
          <w:b w:val="0"/>
          <w:i w:val="0"/>
        </w:rPr>
        <w:t>Mit freundlichen Grüßen</w:t>
      </w:r>
    </w:p>
    <w:p>
      <w:pPr>
        <w:spacing w:after="280"/>
      </w:pPr>
      <w:r>
        <w:rPr>
          <w:b w:val="0"/>
          <w:i w:val="0"/>
        </w:rPr>
        <w:t>Jana Beispiel</w:t>
      </w:r>
    </w:p>
    <w:p>
      <w:r>
        <w:rPr>
          <w:b w:val="0"/>
          <w:i w:val="0"/>
          <w:color w:val="6B6B66"/>
          <w:sz w:val="19"/>
        </w:rPr>
        <w:t>Anlagen: Lebenslauf, Abschlusszeugnis, Arbeitszeugnis, Fortbildungsnachweise</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hirezard.com/vorlagen/berufe/medizinische-fachangestellte</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medizinische-fachangestellt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Medizinische Fachangestellte (MFA)</dc:title>
  <dc:subject>Anschreiben Medizinische Fachangestellte (MFA),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