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Leonie Beispiel</w:t>
      </w:r>
    </w:p>
    <w:p>
      <w:pPr>
        <w:spacing w:after="0"/>
        <w:jc w:val="right"/>
      </w:pPr>
      <w:r>
        <w:rPr>
          <w:b w:val="0"/>
          <w:i w:val="0"/>
          <w:sz w:val="19"/>
        </w:rPr>
        <w:t>[Straße Hausnummer]</w:t>
      </w:r>
    </w:p>
    <w:p>
      <w:pPr>
        <w:spacing w:after="0"/>
        <w:jc w:val="right"/>
      </w:pPr>
      <w:r>
        <w:rPr>
          <w:b w:val="0"/>
          <w:i w:val="0"/>
          <w:sz w:val="19"/>
        </w:rPr>
        <w:t>[PLZ] Nürnberg</w:t>
      </w:r>
    </w:p>
    <w:p>
      <w:pPr>
        <w:spacing w:after="0"/>
        <w:jc w:val="right"/>
      </w:pPr>
      <w:r>
        <w:rPr>
          <w:b w:val="0"/>
          <w:i w:val="0"/>
          <w:sz w:val="19"/>
        </w:rPr>
        <w:t>[Telefonnummer]</w:t>
      </w:r>
    </w:p>
    <w:p>
      <w:pPr>
        <w:spacing w:after="0"/>
        <w:jc w:val="right"/>
      </w:pPr>
      <w:r>
        <w:rPr>
          <w:b w:val="0"/>
          <w:i w:val="0"/>
          <w:sz w:val="19"/>
        </w:rPr>
        <w:t>leonie.beispiel@example.com</w:t>
      </w:r>
    </w:p>
    <w:p>
      <w:pPr>
        <w:spacing w:after="360"/>
      </w:pPr>
    </w:p>
    <w:p>
      <w:pPr>
        <w:spacing w:after="0"/>
      </w:pPr>
      <w:r>
        <w:rPr>
          <w:b w:val="0"/>
          <w:i w:val="0"/>
        </w:rPr>
        <w:t>Beispiel Pflegedienste gGmbH</w:t>
      </w:r>
    </w:p>
    <w:p>
      <w:pPr>
        <w:spacing w:after="0"/>
      </w:pPr>
      <w:r>
        <w:rPr>
          <w:b w:val="0"/>
          <w:i w:val="0"/>
        </w:rPr>
        <w:t>Herr Muster</w:t>
      </w:r>
    </w:p>
    <w:p>
      <w:pPr>
        <w:spacing w:after="0"/>
      </w:pPr>
      <w:r>
        <w:rPr>
          <w:b w:val="0"/>
          <w:i w:val="0"/>
        </w:rPr>
        <w:t>[Straße Hausnummer]</w:t>
      </w:r>
    </w:p>
    <w:p>
      <w:pPr>
        <w:spacing w:after="0"/>
      </w:pPr>
      <w:r>
        <w:rPr>
          <w:b w:val="0"/>
          <w:i w:val="0"/>
        </w:rPr>
        <w:t>90402 Nürnberg</w:t>
      </w:r>
    </w:p>
    <w:p>
      <w:pPr>
        <w:spacing w:after="360" w:before="560"/>
        <w:jc w:val="right"/>
      </w:pPr>
      <w:r>
        <w:rPr>
          <w:b w:val="0"/>
          <w:i w:val="0"/>
        </w:rPr>
        <w:t>[Ort], [Datum]</w:t>
      </w:r>
    </w:p>
    <w:p>
      <w:pPr>
        <w:spacing w:after="280"/>
      </w:pPr>
      <w:r>
        <w:rPr>
          <w:b/>
          <w:i w:val="0"/>
        </w:rPr>
        <w:t>Bewerbung als Personalsachbearbeiterin mit Schwerpunkt Entgeltabrechnung</w:t>
      </w:r>
    </w:p>
    <w:p>
      <w:pPr>
        <w:spacing w:after="160"/>
      </w:pPr>
      <w:r>
        <w:rPr>
          <w:b w:val="0"/>
          <w:i w:val="0"/>
        </w:rPr>
        <w:t>Sehr geehrter Herr Muster,</w:t>
      </w:r>
    </w:p>
    <w:p>
      <w:pPr>
        <w:spacing w:after="160"/>
      </w:pPr>
      <w:r>
        <w:rPr>
          <w:b w:val="0"/>
          <w:i w:val="0"/>
        </w:rPr>
        <w:t>jeden Monat rechne ich für einen Produktionsbetrieb Löhne mit Schicht- und Nachtzulagen ab und beantworte die Fragen, die danach kommen. In Ihrer Anzeige suchen Sie jemanden, der die Entgeltabrechnung für Beschäftigte im Schichtdienst verantwortet und gleichzeitig ansprechbar bleibt. Das ist genau die Mischung, die mir an meiner Arbeit gefällt.</w:t>
      </w:r>
    </w:p>
    <w:p>
      <w:pPr>
        <w:spacing w:after="160"/>
      </w:pPr>
      <w:r>
        <w:rPr>
          <w:b w:val="0"/>
          <w:i w:val="0"/>
        </w:rPr>
        <w:t>Neben der Abrechnung in DATEV Lohn und Gehalt wickle ich Eintritte und Austritte ab und bereite Verträge und Zeugnisse vor. Weil neue Kolleginnen am ersten Tag oft nicht wussten, wohin, habe ich eine Checkliste für den ersten Arbeitstag eingeführt. Heute nutzen sie alle Abteilungen.</w:t>
      </w:r>
    </w:p>
    <w:p>
      <w:pPr>
        <w:spacing w:after="160"/>
      </w:pPr>
      <w:r>
        <w:rPr>
          <w:b w:val="0"/>
          <w:i w:val="0"/>
        </w:rPr>
        <w:t>Mit dem Tarifvertrag, der bei Ihnen gilt, habe ich bisher nicht gearbeitet. Tarifliche Zulagen und Eingruppierungen kenne ich aber aus meinem Betrieb, und ich arbeite mich gründlich in neue Regeln ein. Berufsbegleitend mache ich außerdem die Weiterbildung zur Geprüften Personalfachkauffrau.</w:t>
      </w:r>
    </w:p>
    <w:p>
      <w:pPr>
        <w:spacing w:after="160"/>
      </w:pPr>
      <w:r>
        <w:rPr>
          <w:b w:val="0"/>
          <w:i w:val="0"/>
          <w:color w:val="6B6B66"/>
        </w:rPr>
        <w:t>[Ersetze die Beispiele durch eigene, die Anforderungen aus deiner Anzeige belegen.]</w:t>
      </w:r>
    </w:p>
    <w:p>
      <w:pPr>
        <w:spacing w:after="160"/>
      </w:pPr>
      <w:r>
        <w:rPr>
          <w:b w:val="0"/>
          <w:i w:val="0"/>
        </w:rPr>
        <w:t>Ich kann zum 1. März 2027 anfangen. Über ein Gespräch mit Ihnen freue ich mich.</w:t>
      </w:r>
    </w:p>
    <w:p>
      <w:pPr>
        <w:spacing w:after="520" w:before="120"/>
      </w:pPr>
      <w:r>
        <w:rPr>
          <w:b w:val="0"/>
          <w:i w:val="0"/>
        </w:rPr>
        <w:t>Mit freundlichen Grüßen</w:t>
      </w:r>
    </w:p>
    <w:p>
      <w:pPr>
        <w:spacing w:after="280"/>
      </w:pPr>
      <w:r>
        <w:rPr>
          <w:b w:val="0"/>
          <w:i w:val="0"/>
        </w:rPr>
        <w:t>Leonie Beispiel</w:t>
      </w:r>
    </w:p>
    <w:p>
      <w:r>
        <w:rPr>
          <w:b w:val="0"/>
          <w:i w:val="0"/>
          <w:color w:val="6B6B66"/>
          <w:sz w:val="19"/>
        </w:rPr>
        <w:t>Anlagen: Lebenslauf, IHK-Abschlusszeugnis, Arbeitszeugnisse, Seminarnachweise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hirezard.com/vorlagen/berufe/personalsachbearbeiter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personalsachbearbeit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Personalsachbearbeiter/in</dc:title>
  <dc:subject>Anschreiben Personalsachbearbeiter/in,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