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Anna Beispiel</w:t>
      </w:r>
    </w:p>
    <w:p>
      <w:pPr>
        <w:spacing w:after="0"/>
        <w:jc w:val="right"/>
      </w:pPr>
      <w:r>
        <w:rPr>
          <w:b w:val="0"/>
          <w:i w:val="0"/>
          <w:sz w:val="19"/>
        </w:rPr>
        <w:t>[Straße Hausnummer]</w:t>
      </w:r>
    </w:p>
    <w:p>
      <w:pPr>
        <w:spacing w:after="0"/>
        <w:jc w:val="right"/>
      </w:pPr>
      <w:r>
        <w:rPr>
          <w:b w:val="0"/>
          <w:i w:val="0"/>
          <w:sz w:val="19"/>
        </w:rPr>
        <w:t>[PLZ] Hannover</w:t>
      </w:r>
    </w:p>
    <w:p>
      <w:pPr>
        <w:spacing w:after="0"/>
        <w:jc w:val="right"/>
      </w:pPr>
      <w:r>
        <w:rPr>
          <w:b w:val="0"/>
          <w:i w:val="0"/>
          <w:sz w:val="19"/>
        </w:rPr>
        <w:t>[Telefonnummer]</w:t>
      </w:r>
    </w:p>
    <w:p>
      <w:pPr>
        <w:spacing w:after="0"/>
        <w:jc w:val="right"/>
      </w:pPr>
      <w:r>
        <w:rPr>
          <w:b w:val="0"/>
          <w:i w:val="0"/>
          <w:sz w:val="19"/>
        </w:rPr>
        <w:t>anna.beispiel@example.com</w:t>
      </w:r>
    </w:p>
    <w:p>
      <w:pPr>
        <w:spacing w:after="360"/>
      </w:pPr>
    </w:p>
    <w:p>
      <w:pPr>
        <w:spacing w:after="0"/>
      </w:pPr>
      <w:r>
        <w:rPr>
          <w:b w:val="0"/>
          <w:i w:val="0"/>
        </w:rPr>
        <w:t>Musterkrankenhaus Hannover gGmbH</w:t>
      </w:r>
    </w:p>
    <w:p>
      <w:pPr>
        <w:spacing w:after="0"/>
      </w:pPr>
      <w:r>
        <w:rPr>
          <w:b w:val="0"/>
          <w:i w:val="0"/>
        </w:rPr>
        <w:t>Herr Beispiel, Pflegedirektion</w:t>
      </w:r>
    </w:p>
    <w:p>
      <w:pPr>
        <w:spacing w:after="0"/>
      </w:pPr>
      <w:r>
        <w:rPr>
          <w:b w:val="0"/>
          <w:i w:val="0"/>
        </w:rPr>
        <w:t>[Straße Hausnummer]</w:t>
      </w:r>
    </w:p>
    <w:p>
      <w:pPr>
        <w:spacing w:after="0"/>
      </w:pPr>
      <w:r>
        <w:rPr>
          <w:b w:val="0"/>
          <w:i w:val="0"/>
        </w:rPr>
        <w:t>30159 Hannover</w:t>
      </w:r>
    </w:p>
    <w:p>
      <w:pPr>
        <w:spacing w:after="360" w:before="560"/>
        <w:jc w:val="right"/>
      </w:pPr>
      <w:r>
        <w:rPr>
          <w:b w:val="0"/>
          <w:i w:val="0"/>
        </w:rPr>
        <w:t>[Ort], [Datum]</w:t>
      </w:r>
    </w:p>
    <w:p>
      <w:pPr>
        <w:spacing w:after="280"/>
      </w:pPr>
      <w:r>
        <w:rPr>
          <w:b/>
          <w:i w:val="0"/>
        </w:rPr>
        <w:t>Bewerbung als Pflegefachfrau in der Kardiologie</w:t>
      </w:r>
    </w:p>
    <w:p>
      <w:pPr>
        <w:spacing w:after="160"/>
      </w:pPr>
      <w:r>
        <w:rPr>
          <w:b w:val="0"/>
          <w:i w:val="0"/>
        </w:rPr>
        <w:t>Sehr geehrter Herr Beispiel,</w:t>
      </w:r>
    </w:p>
    <w:p>
      <w:pPr>
        <w:spacing w:after="160"/>
      </w:pPr>
      <w:r>
        <w:rPr>
          <w:b w:val="0"/>
          <w:i w:val="0"/>
        </w:rPr>
        <w:t>auf meiner Station versorge ich seit drei Jahren vor allem Menschen mit Herzinsuffizienz und Rhythmusstörungen. Diese Arbeit möchte ich vertiefen, und Ihre kardiologische Station mit Chest Pain Unit ist dafür genau der richtige Ort.</w:t>
      </w:r>
    </w:p>
    <w:p>
      <w:pPr>
        <w:spacing w:after="160"/>
      </w:pPr>
      <w:r>
        <w:rPr>
          <w:b w:val="0"/>
          <w:i w:val="0"/>
        </w:rPr>
        <w:t>Im Klinikum Beispielstadt plane und dokumentiere ich die Pflege im Krankenhausinformationssystem, richte Medikamente nach Anordnung, lege Infusionen an und beobachte Vitalzeichen eng. Im Spätdienst übernehme ich regelmäßig die Schichtleitung. Dabei achte ich darauf, dass Übergaben kurz und vollständig sind, damit der Nachtdienst gut starten kann.</w:t>
      </w:r>
    </w:p>
    <w:p>
      <w:pPr>
        <w:spacing w:after="160"/>
      </w:pPr>
      <w:r>
        <w:rPr>
          <w:b w:val="0"/>
          <w:i w:val="0"/>
        </w:rPr>
        <w:t>Die Auszubildenden auf unserer Station begleite ich gern, eine Weiterbildung zur Praxisanleiterin habe ich aber noch nicht. Sie bieten diese Weiterbildung in Ihrer Anzeige an, und ich würde sie gern im ersten Jahr beginnen. Mit der Überwachung am Monitor der Chest Pain Unit habe ich bisher nur in Einzelfällen gearbeitet und würde mich dort zuerst gründlich einarbeiten lassen.</w:t>
      </w:r>
    </w:p>
    <w:p>
      <w:pPr>
        <w:spacing w:after="160"/>
      </w:pPr>
      <w:r>
        <w:rPr>
          <w:b w:val="0"/>
          <w:i w:val="0"/>
          <w:color w:val="6B6B66"/>
        </w:rPr>
        <w:t>[Ersetze die Beispiele durch eigene, die Anforderungen aus deiner Anzeige belegen.]</w:t>
      </w:r>
    </w:p>
    <w:p>
      <w:pPr>
        <w:spacing w:after="160"/>
      </w:pPr>
      <w:r>
        <w:rPr>
          <w:b w:val="0"/>
          <w:i w:val="0"/>
        </w:rPr>
        <w:t>Ich kann zum 1. Januar 2027 bei Ihnen anfangen. Gern komme ich vorher zu einer Hospitation auf Ihre Station. Ich freue mich auf ein Gespräch.</w:t>
      </w:r>
    </w:p>
    <w:p>
      <w:pPr>
        <w:spacing w:after="520" w:before="120"/>
      </w:pPr>
      <w:r>
        <w:rPr>
          <w:b w:val="0"/>
          <w:i w:val="0"/>
        </w:rPr>
        <w:t>Mit freundlichen Grüßen</w:t>
      </w:r>
    </w:p>
    <w:p>
      <w:pPr>
        <w:spacing w:after="280"/>
      </w:pPr>
      <w:r>
        <w:rPr>
          <w:b w:val="0"/>
          <w:i w:val="0"/>
        </w:rPr>
        <w:t>Anna Beispiel</w:t>
      </w:r>
    </w:p>
    <w:p>
      <w:r>
        <w:rPr>
          <w:b w:val="0"/>
          <w:i w:val="0"/>
          <w:color w:val="6B6B66"/>
          <w:sz w:val="19"/>
        </w:rPr>
        <w:t>Anlagen: Lebenslauf, Urkunde Erlaubnis zum Führen der Berufsbezeichnung, Abschlusszeugnis, Fortbildungsnachweise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hirezard.com/vorlagen/berufe/pflegefachkraft</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pflegefachkraf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Pflegefachkraft</dc:title>
  <dc:subject>Anschreiben Pflegefachkraft,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