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Piotr Beispiel</w:t>
      </w:r>
    </w:p>
    <w:p>
      <w:pPr>
        <w:spacing w:after="0"/>
        <w:jc w:val="right"/>
      </w:pPr>
      <w:r>
        <w:rPr>
          <w:b w:val="0"/>
          <w:i w:val="0"/>
          <w:sz w:val="19"/>
        </w:rPr>
        <w:t>[Straße Hausnummer]</w:t>
      </w:r>
    </w:p>
    <w:p>
      <w:pPr>
        <w:spacing w:after="0"/>
        <w:jc w:val="right"/>
      </w:pPr>
      <w:r>
        <w:rPr>
          <w:b w:val="0"/>
          <w:i w:val="0"/>
          <w:sz w:val="19"/>
        </w:rPr>
        <w:t>[PLZ] Bremen</w:t>
      </w:r>
    </w:p>
    <w:p>
      <w:pPr>
        <w:spacing w:after="0"/>
        <w:jc w:val="right"/>
      </w:pPr>
      <w:r>
        <w:rPr>
          <w:b w:val="0"/>
          <w:i w:val="0"/>
          <w:sz w:val="19"/>
        </w:rPr>
        <w:t>[Telefonnummer]</w:t>
      </w:r>
    </w:p>
    <w:p>
      <w:pPr>
        <w:spacing w:after="0"/>
        <w:jc w:val="right"/>
      </w:pPr>
      <w:r>
        <w:rPr>
          <w:b w:val="0"/>
          <w:i w:val="0"/>
          <w:sz w:val="19"/>
        </w:rPr>
        <w:t>piotr.beispiel@example.com</w:t>
      </w:r>
    </w:p>
    <w:p>
      <w:pPr>
        <w:spacing w:after="360"/>
      </w:pPr>
    </w:p>
    <w:p>
      <w:pPr>
        <w:spacing w:after="0"/>
      </w:pPr>
      <w:r>
        <w:rPr>
          <w:b w:val="0"/>
          <w:i w:val="0"/>
        </w:rPr>
        <w:t>Beispiel Metallwerke GmbH</w:t>
      </w:r>
    </w:p>
    <w:p>
      <w:pPr>
        <w:spacing w:after="0"/>
      </w:pPr>
      <w:r>
        <w:rPr>
          <w:b w:val="0"/>
          <w:i w:val="0"/>
        </w:rPr>
        <w:t>Personalabteilung</w:t>
      </w:r>
    </w:p>
    <w:p>
      <w:pPr>
        <w:spacing w:after="0"/>
      </w:pPr>
      <w:r>
        <w:rPr>
          <w:b w:val="0"/>
          <w:i w:val="0"/>
        </w:rPr>
        <w:t>[Straße Hausnummer]</w:t>
      </w:r>
    </w:p>
    <w:p>
      <w:pPr>
        <w:spacing w:after="0"/>
      </w:pPr>
      <w:r>
        <w:rPr>
          <w:b w:val="0"/>
          <w:i w:val="0"/>
        </w:rPr>
        <w:t>28197 Bremen</w:t>
      </w:r>
    </w:p>
    <w:p>
      <w:pPr>
        <w:spacing w:after="360" w:before="560"/>
        <w:jc w:val="right"/>
      </w:pPr>
      <w:r>
        <w:rPr>
          <w:b w:val="0"/>
          <w:i w:val="0"/>
        </w:rPr>
        <w:t>[Ort], [Datum]</w:t>
      </w:r>
    </w:p>
    <w:p>
      <w:pPr>
        <w:spacing w:after="280"/>
      </w:pPr>
      <w:r>
        <w:rPr>
          <w:b/>
          <w:i w:val="0"/>
        </w:rPr>
        <w:t>Bewerbung als Produktionshelfer in der Fertigung</w:t>
      </w:r>
    </w:p>
    <w:p>
      <w:pPr>
        <w:spacing w:after="160"/>
      </w:pPr>
      <w:r>
        <w:rPr>
          <w:b w:val="0"/>
          <w:i w:val="0"/>
        </w:rPr>
        <w:t>Sehr geehrte Damen und Herren,</w:t>
      </w:r>
    </w:p>
    <w:p>
      <w:pPr>
        <w:spacing w:after="160"/>
      </w:pPr>
      <w:r>
        <w:rPr>
          <w:b w:val="0"/>
          <w:i w:val="0"/>
        </w:rPr>
        <w:t>seit fünf Jahren arbeite ich in der Produktion, zuletzt an Spritzgießmaschinen in einem Kunststoffwerk. Für Ihre Fertigung suchen Sie Produktionshelfer im Dreischichtbetrieb. Diese Arbeit kenne ich gut, und ich bewerbe mich deshalb bei Ihnen.</w:t>
      </w:r>
    </w:p>
    <w:p>
      <w:pPr>
        <w:spacing w:after="160"/>
      </w:pPr>
      <w:r>
        <w:rPr>
          <w:b w:val="0"/>
          <w:i w:val="0"/>
        </w:rPr>
        <w:t>Zurzeit überwache ich drei Maschinen, prüfe die Teile nach Prüfplan und melde Störungen an den Einrichter. Vorher habe ich bei einem Metallverarbeiter Teile entgratet, gebohrt und Stanzmaschinen bestückt. Einen Staplerschein habe ich seit 2022.</w:t>
      </w:r>
    </w:p>
    <w:p>
      <w:pPr>
        <w:spacing w:after="160"/>
      </w:pPr>
      <w:r>
        <w:rPr>
          <w:b w:val="0"/>
          <w:i w:val="0"/>
        </w:rPr>
        <w:t>Mein Deutsch ist auf dem Niveau B1. Arbeitsanweisungen und Prüfpläne verstehe ich gut, bei schwierigen Texten frage ich nach. Ich lerne weiter und möchte langfristig die Ausbildung zum Maschinen- und Anlagenführer machen.</w:t>
      </w:r>
    </w:p>
    <w:p>
      <w:pPr>
        <w:spacing w:after="160"/>
      </w:pPr>
      <w:r>
        <w:rPr>
          <w:b w:val="0"/>
          <w:i w:val="0"/>
          <w:color w:val="6B6B66"/>
        </w:rPr>
        <w:t>[Ersetze die Beispiele durch eigene, die Anforderungen aus deiner Anzeige belegen.]</w:t>
      </w:r>
    </w:p>
    <w:p>
      <w:pPr>
        <w:spacing w:after="160"/>
      </w:pPr>
      <w:r>
        <w:rPr>
          <w:b w:val="0"/>
          <w:i w:val="0"/>
        </w:rPr>
        <w:t>Ich kann zum 1. Dezember 2026 bei Ihnen anfangen und komme gern zu einem Probetag.</w:t>
      </w:r>
    </w:p>
    <w:p>
      <w:pPr>
        <w:spacing w:after="520" w:before="120"/>
      </w:pPr>
      <w:r>
        <w:rPr>
          <w:b w:val="0"/>
          <w:i w:val="0"/>
        </w:rPr>
        <w:t>Mit freundlichen Grüßen</w:t>
      </w:r>
    </w:p>
    <w:p>
      <w:pPr>
        <w:spacing w:after="280"/>
      </w:pPr>
      <w:r>
        <w:rPr>
          <w:b w:val="0"/>
          <w:i w:val="0"/>
        </w:rPr>
        <w:t>Piotr Beispiel</w:t>
      </w:r>
    </w:p>
    <w:p>
      <w:r>
        <w:rPr>
          <w:b w:val="0"/>
          <w:i w:val="0"/>
          <w:color w:val="6B6B66"/>
          <w:sz w:val="19"/>
        </w:rPr>
        <w:t>Anlagen: Lebenslauf, Arbeitszeugnisse, Staplerschein, Sprachzertifikat B1</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hirezard.com/vorlagen/berufe/produktionshelfer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produktionshelf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Produktionshelfer/in</dc:title>
  <dc:subject>Anschreiben Produktionshelfer/in,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