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Daniel Beispiel</w:t>
      </w:r>
    </w:p>
    <w:p>
      <w:pPr>
        <w:spacing w:after="0"/>
        <w:jc w:val="right"/>
      </w:pPr>
      <w:r>
        <w:rPr>
          <w:b w:val="0"/>
          <w:i w:val="0"/>
          <w:sz w:val="19"/>
        </w:rPr>
        <w:t>[Straße Hausnummer]</w:t>
      </w:r>
    </w:p>
    <w:p>
      <w:pPr>
        <w:spacing w:after="0"/>
        <w:jc w:val="right"/>
      </w:pPr>
      <w:r>
        <w:rPr>
          <w:b w:val="0"/>
          <w:i w:val="0"/>
          <w:sz w:val="19"/>
        </w:rPr>
        <w:t>[PLZ] Frankfurt am Main</w:t>
      </w:r>
    </w:p>
    <w:p>
      <w:pPr>
        <w:spacing w:after="0"/>
        <w:jc w:val="right"/>
      </w:pPr>
      <w:r>
        <w:rPr>
          <w:b w:val="0"/>
          <w:i w:val="0"/>
          <w:sz w:val="19"/>
        </w:rPr>
        <w:t>[Telefonnummer]</w:t>
      </w:r>
    </w:p>
    <w:p>
      <w:pPr>
        <w:spacing w:after="0"/>
        <w:jc w:val="right"/>
      </w:pPr>
      <w:r>
        <w:rPr>
          <w:b w:val="0"/>
          <w:i w:val="0"/>
          <w:sz w:val="19"/>
        </w:rPr>
        <w:t>daniel.beispiel@example.com</w:t>
      </w:r>
    </w:p>
    <w:p>
      <w:pPr>
        <w:spacing w:after="360"/>
      </w:pPr>
    </w:p>
    <w:p>
      <w:pPr>
        <w:spacing w:after="0"/>
      </w:pPr>
      <w:r>
        <w:rPr>
          <w:b w:val="0"/>
          <w:i w:val="0"/>
        </w:rPr>
        <w:t>Musterwerk Energie AG</w:t>
      </w:r>
    </w:p>
    <w:p>
      <w:pPr>
        <w:spacing w:after="0"/>
      </w:pPr>
      <w:r>
        <w:rPr>
          <w:b w:val="0"/>
          <w:i w:val="0"/>
        </w:rPr>
        <w:t>Frau Beispiel</w:t>
      </w:r>
    </w:p>
    <w:p>
      <w:pPr>
        <w:spacing w:after="0"/>
      </w:pPr>
      <w:r>
        <w:rPr>
          <w:b w:val="0"/>
          <w:i w:val="0"/>
        </w:rPr>
        <w:t>[Straße Hausnummer]</w:t>
      </w:r>
    </w:p>
    <w:p>
      <w:pPr>
        <w:spacing w:after="0"/>
      </w:pPr>
      <w:r>
        <w:rPr>
          <w:b w:val="0"/>
          <w:i w:val="0"/>
        </w:rPr>
        <w:t>60311 Frankfurt am Main</w:t>
      </w:r>
    </w:p>
    <w:p>
      <w:pPr>
        <w:spacing w:after="360" w:before="560"/>
        <w:jc w:val="right"/>
      </w:pPr>
      <w:r>
        <w:rPr>
          <w:b w:val="0"/>
          <w:i w:val="0"/>
        </w:rPr>
        <w:t>[Ort], [Datum]</w:t>
      </w:r>
    </w:p>
    <w:p>
      <w:pPr>
        <w:spacing w:after="280"/>
      </w:pPr>
      <w:r>
        <w:rPr>
          <w:b/>
          <w:i w:val="0"/>
        </w:rPr>
        <w:t>Bewerbung als Projektmanager für die Digitalisierung Ihrer Kundenprozesse</w:t>
      </w:r>
    </w:p>
    <w:p>
      <w:pPr>
        <w:spacing w:after="160"/>
      </w:pPr>
      <w:r>
        <w:rPr>
          <w:b w:val="0"/>
          <w:i w:val="0"/>
        </w:rPr>
        <w:t>Sehr geehrte Frau Beispiel,</w:t>
      </w:r>
    </w:p>
    <w:p>
      <w:pPr>
        <w:spacing w:after="160"/>
      </w:pPr>
      <w:r>
        <w:rPr>
          <w:b w:val="0"/>
          <w:i w:val="0"/>
        </w:rPr>
        <w:t>zuletzt habe ich die Einführung eines Ticketsystems an drei Standorten eines Handelsunternehmens geleitet und im geplanten Zeitrahmen abgeschlossen. Für die Digitalisierung Ihrer Kundenprozesse suchen Sie einen Projektmanager, der Fachbereiche, IT und Dienstleister zusammenbringt. Diese Aufgabe reizt mich sehr.</w:t>
      </w:r>
    </w:p>
    <w:p>
      <w:pPr>
        <w:spacing w:after="160"/>
      </w:pPr>
      <w:r>
        <w:rPr>
          <w:b w:val="0"/>
          <w:i w:val="0"/>
        </w:rPr>
        <w:t>In meinen Projekten plane ich Phasen und Meilensteine, führe eine Risikoliste und berichte an den Lenkungskreis. Als in einem Projekt die Datenübernahme länger dauerte als geplant, habe ich mit dem Kunden die Reihenfolge der Standorte getauscht. So blieb der Endtermin, und das Team hatte Zeit für eine saubere Datenbereinigung.</w:t>
      </w:r>
    </w:p>
    <w:p>
      <w:pPr>
        <w:spacing w:after="160"/>
      </w:pPr>
      <w:r>
        <w:rPr>
          <w:b w:val="0"/>
          <w:i w:val="0"/>
        </w:rPr>
        <w:t>Die Projekte, die ich bisher geleitet habe, hatten eine kleinere Budgethöhe als das Vorhaben in Ihrer Anzeige. Die Verfolgung von Kosten und Aufwänden gehört aber zu meinem Alltag, und ich möchte genau in diese Verantwortung hineinwachsen. Mit hybriden Ansätzen aus klassischer Planung und Sprints bin ich vertraut.</w:t>
      </w:r>
    </w:p>
    <w:p>
      <w:pPr>
        <w:spacing w:after="160"/>
      </w:pPr>
      <w:r>
        <w:rPr>
          <w:b w:val="0"/>
          <w:i w:val="0"/>
          <w:color w:val="6B6B66"/>
        </w:rPr>
        <w:t>[Ersetze die Beispiele durch eigene, die Anforderungen aus deiner Anzeige belegen.]</w:t>
      </w:r>
    </w:p>
    <w:p>
      <w:pPr>
        <w:spacing w:after="160"/>
      </w:pPr>
      <w:r>
        <w:rPr>
          <w:b w:val="0"/>
          <w:i w:val="0"/>
        </w:rPr>
        <w:t>Ich kann zum 1. April 2027 beginnen. Über ein Gespräch, in dem wir über Ihre Projekte sprechen, freue ich mich.</w:t>
      </w:r>
    </w:p>
    <w:p>
      <w:pPr>
        <w:spacing w:after="520" w:before="120"/>
      </w:pPr>
      <w:r>
        <w:rPr>
          <w:b w:val="0"/>
          <w:i w:val="0"/>
        </w:rPr>
        <w:t>Mit freundlichen Grüßen</w:t>
      </w:r>
    </w:p>
    <w:p>
      <w:pPr>
        <w:spacing w:after="280"/>
      </w:pPr>
      <w:r>
        <w:rPr>
          <w:b w:val="0"/>
          <w:i w:val="0"/>
        </w:rPr>
        <w:t>Daniel Beispiel</w:t>
      </w:r>
    </w:p>
    <w:p>
      <w:r>
        <w:rPr>
          <w:b w:val="0"/>
          <w:i w:val="0"/>
          <w:color w:val="6B6B66"/>
          <w:sz w:val="19"/>
        </w:rPr>
        <w:t>Anlagen: Lebenslauf, Projektliste, Arbeitszeugnisse, Zertifikate PRINCE2 und Scrum</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hirezard.com/vorlagen/berufe/projektmanager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projektmanag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Projektmanager/in</dc:title>
  <dc:subject>Anschreiben Projektmanager/in,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