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Olga Beispiel</w:t>
      </w:r>
    </w:p>
    <w:p>
      <w:pPr>
        <w:spacing w:after="0"/>
        <w:jc w:val="right"/>
      </w:pPr>
      <w:r>
        <w:rPr>
          <w:b w:val="0"/>
          <w:i w:val="0"/>
          <w:sz w:val="19"/>
        </w:rPr>
        <w:t>[Straße Hausnummer]</w:t>
      </w:r>
    </w:p>
    <w:p>
      <w:pPr>
        <w:spacing w:after="0"/>
        <w:jc w:val="right"/>
      </w:pPr>
      <w:r>
        <w:rPr>
          <w:b w:val="0"/>
          <w:i w:val="0"/>
          <w:sz w:val="19"/>
        </w:rPr>
        <w:t>[PLZ] Dortmund</w:t>
      </w:r>
    </w:p>
    <w:p>
      <w:pPr>
        <w:spacing w:after="0"/>
        <w:jc w:val="right"/>
      </w:pPr>
      <w:r>
        <w:rPr>
          <w:b w:val="0"/>
          <w:i w:val="0"/>
          <w:sz w:val="19"/>
        </w:rPr>
        <w:t>[Telefonnummer]</w:t>
      </w:r>
    </w:p>
    <w:p>
      <w:pPr>
        <w:spacing w:after="0"/>
        <w:jc w:val="right"/>
      </w:pPr>
      <w:r>
        <w:rPr>
          <w:b w:val="0"/>
          <w:i w:val="0"/>
          <w:sz w:val="19"/>
        </w:rPr>
        <w:t>olga.beispiel@example.com</w:t>
      </w:r>
    </w:p>
    <w:p>
      <w:pPr>
        <w:spacing w:after="360"/>
      </w:pPr>
    </w:p>
    <w:p>
      <w:pPr>
        <w:spacing w:after="0"/>
      </w:pPr>
      <w:r>
        <w:rPr>
          <w:b w:val="0"/>
          <w:i w:val="0"/>
        </w:rPr>
        <w:t>Muster Facility Services GmbH</w:t>
      </w:r>
    </w:p>
    <w:p>
      <w:pPr>
        <w:spacing w:after="0"/>
      </w:pPr>
      <w:r>
        <w:rPr>
          <w:b w:val="0"/>
          <w:i w:val="0"/>
        </w:rPr>
        <w:t>Herr Beispiel, Objektleitung</w:t>
      </w:r>
    </w:p>
    <w:p>
      <w:pPr>
        <w:spacing w:after="0"/>
      </w:pPr>
      <w:r>
        <w:rPr>
          <w:b w:val="0"/>
          <w:i w:val="0"/>
        </w:rPr>
        <w:t>[Straße Hausnummer]</w:t>
      </w:r>
    </w:p>
    <w:p>
      <w:pPr>
        <w:spacing w:after="0"/>
      </w:pPr>
      <w:r>
        <w:rPr>
          <w:b w:val="0"/>
          <w:i w:val="0"/>
        </w:rPr>
        <w:t>44137 Dortmund</w:t>
      </w:r>
    </w:p>
    <w:p>
      <w:pPr>
        <w:spacing w:after="360" w:before="560"/>
        <w:jc w:val="right"/>
      </w:pPr>
      <w:r>
        <w:rPr>
          <w:b w:val="0"/>
          <w:i w:val="0"/>
        </w:rPr>
        <w:t>[Ort], [Datum]</w:t>
      </w:r>
    </w:p>
    <w:p>
      <w:pPr>
        <w:spacing w:after="280"/>
      </w:pPr>
      <w:r>
        <w:rPr>
          <w:b/>
          <w:i w:val="0"/>
        </w:rPr>
        <w:t>Bewerbung als Reinigungskraft in der Frühschicht</w:t>
      </w:r>
    </w:p>
    <w:p>
      <w:pPr>
        <w:spacing w:after="160"/>
      </w:pPr>
      <w:r>
        <w:rPr>
          <w:b w:val="0"/>
          <w:i w:val="0"/>
        </w:rPr>
        <w:t>Sehr geehrter Herr Beispiel,</w:t>
      </w:r>
    </w:p>
    <w:p>
      <w:pPr>
        <w:spacing w:after="160"/>
      </w:pPr>
      <w:r>
        <w:rPr>
          <w:b w:val="0"/>
          <w:i w:val="0"/>
        </w:rPr>
        <w:t>Sie suchen eine Reinigungskraft für Büros in der Frühschicht. Seit sechs Jahren arbeite ich genau in diesen Zeiten in der Unterhaltsreinigung und möchte das bei Ihnen fest weitermachen.</w:t>
      </w:r>
    </w:p>
    <w:p>
      <w:pPr>
        <w:spacing w:after="160"/>
      </w:pPr>
      <w:r>
        <w:rPr>
          <w:b w:val="0"/>
          <w:i w:val="0"/>
        </w:rPr>
        <w:t>Bei der Beispiel Gebäudeservice GmbH reinige ich allein mit Schlüssel ein Bürogebäude mit drei Etagen. Ich reinige und desinfiziere die Sanitärräume, arbeite mit Farbsystem und bediene die Scheuersaugmaschine. Fehlendes Material und Schäden melde ich sofort an die Objektleitung. Bei Urlaub vertrete ich Kolleginnen in zwei Arztpraxen.</w:t>
      </w:r>
    </w:p>
    <w:p>
      <w:pPr>
        <w:spacing w:after="160"/>
      </w:pPr>
      <w:r>
        <w:rPr>
          <w:b w:val="0"/>
          <w:i w:val="0"/>
        </w:rPr>
        <w:t>Glasreinigung an Außenfassaden habe ich bisher nicht gemacht, nur innen. Wenn das zu den Aufgaben gehört, lasse ich mich gern einweisen. Mit dem eigenen Auto komme ich zu allen Objekten im Stadtgebiet.</w:t>
      </w:r>
    </w:p>
    <w:p>
      <w:pPr>
        <w:spacing w:after="160"/>
      </w:pPr>
      <w:r>
        <w:rPr>
          <w:b w:val="0"/>
          <w:i w:val="0"/>
          <w:color w:val="6B6B66"/>
        </w:rPr>
        <w:t>[Ersetze die Beispiele durch eigene, die Anforderungen aus deiner Anzeige belegen.]</w:t>
      </w:r>
    </w:p>
    <w:p>
      <w:pPr>
        <w:spacing w:after="160"/>
      </w:pPr>
      <w:r>
        <w:rPr>
          <w:b w:val="0"/>
          <w:i w:val="0"/>
        </w:rPr>
        <w:t>Ich kann zum 1. Dezember 2026 anfangen und komme gern zu einem Probetag. Ich freue mich auf Ihren Anruf.</w:t>
      </w:r>
    </w:p>
    <w:p>
      <w:pPr>
        <w:spacing w:after="520" w:before="120"/>
      </w:pPr>
      <w:r>
        <w:rPr>
          <w:b w:val="0"/>
          <w:i w:val="0"/>
        </w:rPr>
        <w:t>Mit freundlichen Grüßen</w:t>
      </w:r>
    </w:p>
    <w:p>
      <w:pPr>
        <w:spacing w:after="280"/>
      </w:pPr>
      <w:r>
        <w:rPr>
          <w:b w:val="0"/>
          <w:i w:val="0"/>
        </w:rPr>
        <w:t>Olga Beispiel</w:t>
      </w:r>
    </w:p>
    <w:p>
      <w:r>
        <w:rPr>
          <w:b w:val="0"/>
          <w:i w:val="0"/>
          <w:color w:val="6B6B66"/>
          <w:sz w:val="19"/>
        </w:rPr>
        <w:t>Anlagen: Lebenslauf, Arbeitszeugnis, Nachweis Deutschkurs</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hirezard.com/vorlagen/berufe/reinigungskraft</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reinigungskraf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Reinigungskraft</dc:title>
  <dc:subject>Anschreiben Reinigungskraft,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