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Elif Beispiel</w:t>
      </w:r>
    </w:p>
    <w:p>
      <w:pPr>
        <w:spacing w:after="0"/>
        <w:jc w:val="right"/>
      </w:pPr>
      <w:r>
        <w:rPr>
          <w:b w:val="0"/>
          <w:i w:val="0"/>
          <w:sz w:val="19"/>
        </w:rPr>
        <w:t>[Straße Hausnummer]</w:t>
      </w:r>
    </w:p>
    <w:p>
      <w:pPr>
        <w:spacing w:after="0"/>
        <w:jc w:val="right"/>
      </w:pPr>
      <w:r>
        <w:rPr>
          <w:b w:val="0"/>
          <w:i w:val="0"/>
          <w:sz w:val="19"/>
        </w:rPr>
        <w:t>[PLZ] Hamburg</w:t>
      </w:r>
    </w:p>
    <w:p>
      <w:pPr>
        <w:spacing w:after="0"/>
        <w:jc w:val="right"/>
      </w:pPr>
      <w:r>
        <w:rPr>
          <w:b w:val="0"/>
          <w:i w:val="0"/>
          <w:sz w:val="19"/>
        </w:rPr>
        <w:t>[Telefonnummer]</w:t>
      </w:r>
    </w:p>
    <w:p>
      <w:pPr>
        <w:spacing w:after="0"/>
        <w:jc w:val="right"/>
      </w:pPr>
      <w:r>
        <w:rPr>
          <w:b w:val="0"/>
          <w:i w:val="0"/>
          <w:sz w:val="19"/>
        </w:rPr>
        <w:t>elif.beispiel@example.com</w:t>
      </w:r>
    </w:p>
    <w:p>
      <w:pPr>
        <w:spacing w:after="360"/>
      </w:pPr>
    </w:p>
    <w:p>
      <w:pPr>
        <w:spacing w:after="0"/>
      </w:pPr>
      <w:r>
        <w:rPr>
          <w:b w:val="0"/>
          <w:i w:val="0"/>
        </w:rPr>
        <w:t>Beispiel Hotel am Hafen GmbH</w:t>
      </w:r>
    </w:p>
    <w:p>
      <w:pPr>
        <w:spacing w:after="0"/>
      </w:pPr>
      <w:r>
        <w:rPr>
          <w:b w:val="0"/>
          <w:i w:val="0"/>
        </w:rPr>
        <w:t>Frau Beispiel, Restaurantleitung</w:t>
      </w:r>
    </w:p>
    <w:p>
      <w:pPr>
        <w:spacing w:after="0"/>
      </w:pPr>
      <w:r>
        <w:rPr>
          <w:b w:val="0"/>
          <w:i w:val="0"/>
        </w:rPr>
        <w:t>[Straße Hausnummer]</w:t>
      </w:r>
    </w:p>
    <w:p>
      <w:pPr>
        <w:spacing w:after="0"/>
      </w:pPr>
      <w:r>
        <w:rPr>
          <w:b w:val="0"/>
          <w:i w:val="0"/>
        </w:rPr>
        <w:t>20457 Hamburg</w:t>
      </w:r>
    </w:p>
    <w:p>
      <w:pPr>
        <w:spacing w:after="360" w:before="560"/>
        <w:jc w:val="right"/>
      </w:pPr>
      <w:r>
        <w:rPr>
          <w:b w:val="0"/>
          <w:i w:val="0"/>
        </w:rPr>
        <w:t>[Ort], [Datum]</w:t>
      </w:r>
    </w:p>
    <w:p>
      <w:pPr>
        <w:spacing w:after="280"/>
      </w:pPr>
      <w:r>
        <w:rPr>
          <w:b/>
          <w:i w:val="0"/>
        </w:rPr>
        <w:t>Bewerbung als Servicekraft im Hotelrestaurant</w:t>
      </w:r>
    </w:p>
    <w:p>
      <w:pPr>
        <w:spacing w:after="160"/>
      </w:pPr>
      <w:r>
        <w:rPr>
          <w:b w:val="0"/>
          <w:i w:val="0"/>
        </w:rPr>
        <w:t>Sehr geehrte Frau Beispiel,</w:t>
      </w:r>
    </w:p>
    <w:p>
      <w:pPr>
        <w:spacing w:after="160"/>
      </w:pPr>
      <w:r>
        <w:rPr>
          <w:b w:val="0"/>
          <w:i w:val="0"/>
        </w:rPr>
        <w:t>in Ihrem Restaurant treffen Hotelgäste aus vielen Ländern auf Hamburger Stammgäste. Genau diese Mischung mag ich im Service. Ich bewerbe mich deshalb als Servicekraft für Ihr Hotelrestaurant.</w:t>
      </w:r>
    </w:p>
    <w:p>
      <w:pPr>
        <w:spacing w:after="160"/>
      </w:pPr>
      <w:r>
        <w:rPr>
          <w:b w:val="0"/>
          <w:i w:val="0"/>
        </w:rPr>
        <w:t>Im Restaurant Musterkai betreue ich seit drei Jahren ein eigenes Revier im Abendservice, nehme Bestellungen am mobilen Kassensystem auf und mache den Kassenabschluss. Weinempfehlungen zu unseren Menüs stimme ich mit der Restaurantleitung ab. Vorher habe ich in einem Café gearbeitet und dort Kaffee an der Siebträgermaschine zubereitet. Gäste bediene ich auf Deutsch, Englisch und Türkisch.</w:t>
      </w:r>
    </w:p>
    <w:p>
      <w:pPr>
        <w:spacing w:after="160"/>
      </w:pPr>
      <w:r>
        <w:rPr>
          <w:b w:val="0"/>
          <w:i w:val="0"/>
        </w:rPr>
        <w:t>Ein Frühstücksbuffet für viele Hotelgäste habe ich bisher nicht betreut. Die Abläufe von Nachfüllen, Eindecken und Abräumen im Frühservice würde ich mir in den ersten Schichten gern zeigen lassen. Früh- und Spätschichten sowie Wochenenden kann ich übernehmen.</w:t>
      </w:r>
    </w:p>
    <w:p>
      <w:pPr>
        <w:spacing w:after="160"/>
      </w:pPr>
      <w:r>
        <w:rPr>
          <w:b w:val="0"/>
          <w:i w:val="0"/>
          <w:color w:val="6B6B66"/>
        </w:rPr>
        <w:t>[Ersetze die Beispiele durch eigene, die Anforderungen aus deiner Anzeige belegen.]</w:t>
      </w:r>
    </w:p>
    <w:p>
      <w:pPr>
        <w:spacing w:after="160"/>
      </w:pPr>
      <w:r>
        <w:rPr>
          <w:b w:val="0"/>
          <w:i w:val="0"/>
        </w:rPr>
        <w:t>Ich kann zum 15. November 2026 anfangen und komme gern zum Probearbeiten. Ich freue mich auf Ihre Antwort.</w:t>
      </w:r>
    </w:p>
    <w:p>
      <w:pPr>
        <w:spacing w:after="520" w:before="120"/>
      </w:pPr>
      <w:r>
        <w:rPr>
          <w:b w:val="0"/>
          <w:i w:val="0"/>
        </w:rPr>
        <w:t>Mit freundlichen Grüßen</w:t>
      </w:r>
    </w:p>
    <w:p>
      <w:pPr>
        <w:spacing w:after="280"/>
      </w:pPr>
      <w:r>
        <w:rPr>
          <w:b w:val="0"/>
          <w:i w:val="0"/>
        </w:rPr>
        <w:t>Elif Beispiel</w:t>
      </w:r>
    </w:p>
    <w:p>
      <w:r>
        <w:rPr>
          <w:b w:val="0"/>
          <w:i w:val="0"/>
          <w:color w:val="6B6B66"/>
          <w:sz w:val="19"/>
        </w:rPr>
        <w:t>Anlagen: Lebenslauf, Abschlusszeugnis,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hirezard.com/vorlagen/berufe/servicekraft-gastronomie</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servicekraft-gastronomi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Servicekraft in der Gastronomie</dc:title>
  <dc:subject>Anschreiben Servicekraft in der Gastronomie,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