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56"/>
        <w:tblBorders>
          <w:top w:val="nil"/>
          <w:left w:val="nil"/>
          <w:bottom w:val="nil"/>
          <w:right w:val="nil"/>
          <w:insideH w:val="nil"/>
          <w:insideV w:val="nil"/>
        </w:tblBorders>
        <w:tblLayout w:type="fixed"/>
        <w:tblLook w:firstColumn="1" w:firstRow="1" w:lastColumn="0" w:lastRow="0" w:noHBand="0" w:noVBand="1" w:val="04A0"/>
      </w:tblPr>
      <w:tblGrid>
        <w:gridCol w:w="9355"/>
      </w:tblGrid>
      <w:tr>
        <w:tc>
          <w:tcPr>
            <w:tcW w:type="dxa" w:w="9355"/>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jc w:val="right"/>
      </w:pPr>
      <w:r>
        <w:rPr>
          <w:b/>
          <w:i w:val="0"/>
          <w:sz w:val="22"/>
        </w:rPr>
        <w:t>Yusuf Beispiel</w:t>
      </w:r>
    </w:p>
    <w:p>
      <w:pPr>
        <w:spacing w:after="0"/>
        <w:jc w:val="right"/>
      </w:pPr>
      <w:r>
        <w:rPr>
          <w:b w:val="0"/>
          <w:i w:val="0"/>
          <w:sz w:val="19"/>
        </w:rPr>
        <w:t>[Straße Hausnummer]</w:t>
      </w:r>
    </w:p>
    <w:p>
      <w:pPr>
        <w:spacing w:after="0"/>
        <w:jc w:val="right"/>
      </w:pPr>
      <w:r>
        <w:rPr>
          <w:b w:val="0"/>
          <w:i w:val="0"/>
          <w:sz w:val="19"/>
        </w:rPr>
        <w:t>[PLZ] Frankfurt am Main</w:t>
      </w:r>
    </w:p>
    <w:p>
      <w:pPr>
        <w:spacing w:after="0"/>
        <w:jc w:val="right"/>
      </w:pPr>
      <w:r>
        <w:rPr>
          <w:b w:val="0"/>
          <w:i w:val="0"/>
          <w:sz w:val="19"/>
        </w:rPr>
        <w:t>[Telefonnummer]</w:t>
      </w:r>
    </w:p>
    <w:p>
      <w:pPr>
        <w:spacing w:after="0"/>
        <w:jc w:val="right"/>
      </w:pPr>
      <w:r>
        <w:rPr>
          <w:b w:val="0"/>
          <w:i w:val="0"/>
          <w:sz w:val="19"/>
        </w:rPr>
        <w:t>yusuf.beispiel@example.com</w:t>
      </w:r>
    </w:p>
    <w:p>
      <w:pPr>
        <w:spacing w:after="360"/>
      </w:pPr>
    </w:p>
    <w:p>
      <w:pPr>
        <w:spacing w:after="0"/>
      </w:pPr>
      <w:r>
        <w:rPr>
          <w:b w:val="0"/>
          <w:i w:val="0"/>
        </w:rPr>
        <w:t>Musterwerk Chemie AG</w:t>
      </w:r>
    </w:p>
    <w:p>
      <w:pPr>
        <w:spacing w:after="0"/>
      </w:pPr>
      <w:r>
        <w:rPr>
          <w:b w:val="0"/>
          <w:i w:val="0"/>
        </w:rPr>
        <w:t>Herr Beispiel</w:t>
      </w:r>
    </w:p>
    <w:p>
      <w:pPr>
        <w:spacing w:after="0"/>
      </w:pPr>
      <w:r>
        <w:rPr>
          <w:b w:val="0"/>
          <w:i w:val="0"/>
        </w:rPr>
        <w:t>[Straße Hausnummer]</w:t>
      </w:r>
    </w:p>
    <w:p>
      <w:pPr>
        <w:spacing w:after="0"/>
      </w:pPr>
      <w:r>
        <w:rPr>
          <w:b w:val="0"/>
          <w:i w:val="0"/>
        </w:rPr>
        <w:t>65926 Frankfurt am Main</w:t>
      </w:r>
    </w:p>
    <w:p>
      <w:pPr>
        <w:spacing w:after="360" w:before="560"/>
        <w:jc w:val="right"/>
      </w:pPr>
      <w:r>
        <w:rPr>
          <w:b w:val="0"/>
          <w:i w:val="0"/>
        </w:rPr>
        <w:t>[Ort], [Datum]</w:t>
      </w:r>
    </w:p>
    <w:p>
      <w:pPr>
        <w:spacing w:after="280"/>
      </w:pPr>
      <w:r>
        <w:rPr>
          <w:b/>
          <w:i w:val="0"/>
        </w:rPr>
        <w:t>Bewerbung als Sicherheitsmitarbeiter im Werkschutz</w:t>
      </w:r>
    </w:p>
    <w:p>
      <w:pPr>
        <w:spacing w:after="160"/>
      </w:pPr>
      <w:r>
        <w:rPr>
          <w:b w:val="0"/>
          <w:i w:val="0"/>
        </w:rPr>
        <w:t>Sehr geehrter Herr Beispiel,</w:t>
      </w:r>
    </w:p>
    <w:p>
      <w:pPr>
        <w:spacing w:after="160"/>
      </w:pPr>
      <w:r>
        <w:rPr>
          <w:b w:val="0"/>
          <w:i w:val="0"/>
        </w:rPr>
        <w:t>seit 2022 habe ich die Sachkundeprüfung nach § 34a der Gewerbeordnung und arbeite im Objektschutz eines Logistikzentrums. Für Ihren Werkschutz suchen Sie eine Sicherheitskraft, die Pforte, Streife und Gefahrenmeldeanlagen sicher beherrscht. Diese Aufgaben gehören zu meinem Alltag.</w:t>
      </w:r>
    </w:p>
    <w:p>
      <w:pPr>
        <w:spacing w:after="160"/>
      </w:pPr>
      <w:r>
        <w:rPr>
          <w:b w:val="0"/>
          <w:i w:val="0"/>
        </w:rPr>
        <w:t>An der Pforte kontrolliere ich Mitarbeitende, Besucher und Lkw, nachts gehe ich Kontrollrunden und überwache die Brandmeldeanlage. Als bei einem Rundgang ein Rolltor offen stand und der Alarm ausblieb, habe ich den Bereich gesichert, die Leitstelle informiert und alles im Wachbuch festgehalten. Ruhe und eine saubere Dokumentation sind mir in solchen Momenten am wichtigsten.</w:t>
      </w:r>
    </w:p>
    <w:p>
      <w:pPr>
        <w:spacing w:after="160"/>
      </w:pPr>
      <w:r>
        <w:rPr>
          <w:b w:val="0"/>
          <w:i w:val="0"/>
        </w:rPr>
        <w:t>Mit den besonderen Vorschriften eines Chemiestandorts habe ich noch nicht gearbeitet. Ich bin bereit, die nötigen Unterweisungen zu Gefahrstoffen und Werkfeuerwehr schnell zu durchlaufen.</w:t>
      </w:r>
    </w:p>
    <w:p>
      <w:pPr>
        <w:spacing w:after="160"/>
      </w:pPr>
      <w:r>
        <w:rPr>
          <w:b w:val="0"/>
          <w:i w:val="0"/>
          <w:color w:val="6B6B66"/>
        </w:rPr>
        <w:t>[Ersetze die Beispiele durch eigene, die Anforderungen aus deiner Anzeige belegen.]</w:t>
      </w:r>
    </w:p>
    <w:p>
      <w:pPr>
        <w:spacing w:after="160"/>
      </w:pPr>
      <w:r>
        <w:rPr>
          <w:b w:val="0"/>
          <w:i w:val="0"/>
        </w:rPr>
        <w:t>Ich kann zum 1. Januar 2027 beginnen und übernehme Wechselschichten einschließlich Nacht- und Wochenenddiensten. Die Unterlagen für die Zuverlässigkeitsprüfung reiche ich sofort ein.</w:t>
      </w:r>
    </w:p>
    <w:p>
      <w:pPr>
        <w:spacing w:after="520" w:before="120"/>
      </w:pPr>
      <w:r>
        <w:rPr>
          <w:b w:val="0"/>
          <w:i w:val="0"/>
        </w:rPr>
        <w:t>Mit freundlichen Grüßen</w:t>
      </w:r>
    </w:p>
    <w:p>
      <w:pPr>
        <w:spacing w:after="280"/>
      </w:pPr>
      <w:r>
        <w:rPr>
          <w:b w:val="0"/>
          <w:i w:val="0"/>
        </w:rPr>
        <w:t>Yusuf Beispiel</w:t>
      </w:r>
    </w:p>
    <w:p>
      <w:r>
        <w:rPr>
          <w:b w:val="0"/>
          <w:i w:val="0"/>
          <w:color w:val="6B6B66"/>
          <w:sz w:val="19"/>
        </w:rPr>
        <w:t>Anlagen: Lebenslauf, Nachweis Sachkundeprüfung, Erste-Hilfe-Nachweis, Arbeitszeugnisse</w:t>
      </w:r>
    </w:p>
    <w:p>
      <w:pPr>
        <w:spacing w:before="360"/>
      </w:pPr>
      <w:r>
        <w:rPr>
          <w:b w:val="0"/>
          <w:i w:val="0"/>
          <w:color w:val="6B6B66"/>
          <w:sz w:val="17"/>
        </w:rPr>
        <w:t xml:space="preserve">Dieses Anschreiben in 32 Designs gestalten und mit dem KI-Coach an deine Stelle anpassen: </w:t>
      </w:r>
      <w:hyperlink r:id="rId10">
        <w:r>
          <w:rPr>
            <w:color w:val="6B6B66"/>
            <w:sz w:val="17"/>
            <w:u w:val="single"/>
          </w:rPr>
          <w:t>hirezard.com/vorlagen/berufe/sicherheitsmitarbeiter</w:t>
        </w:r>
      </w:hyperlink>
    </w:p>
    <w:sectPr w:rsidR="00FC693F" w:rsidRPr="0006063C" w:rsidSect="00034616">
      <w:footerReference w:type="default" r:id="rId9"/>
      <w:pgSz w:w="11906" w:h="16838"/>
      <w:pgMar w:top="1020" w:right="1134" w:bottom="1304" w:left="1417"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rezard.com/vorlagen/berufe/sicherheitsmitarbeite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Anschreiben Vorlage Sicherheitsmitarbeiter/in</dc:title>
  <dc:subject>Anschreiben Sicherheitsmitarbeiter/in, Beispiel mit Platzhaltern, angelehnt an DIN 5008</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