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Arjun Beispiel</w:t>
      </w:r>
    </w:p>
    <w:p>
      <w:pPr>
        <w:spacing w:after="0"/>
        <w:jc w:val="right"/>
      </w:pPr>
      <w:r>
        <w:rPr>
          <w:b w:val="0"/>
          <w:i w:val="0"/>
          <w:sz w:val="19"/>
        </w:rPr>
        <w:t>[Straße Hausnummer]</w:t>
      </w:r>
    </w:p>
    <w:p>
      <w:pPr>
        <w:spacing w:after="0"/>
        <w:jc w:val="right"/>
      </w:pPr>
      <w:r>
        <w:rPr>
          <w:b w:val="0"/>
          <w:i w:val="0"/>
          <w:sz w:val="19"/>
        </w:rPr>
        <w:t>[PLZ] Karlsruhe</w:t>
      </w:r>
    </w:p>
    <w:p>
      <w:pPr>
        <w:spacing w:after="0"/>
        <w:jc w:val="right"/>
      </w:pPr>
      <w:r>
        <w:rPr>
          <w:b w:val="0"/>
          <w:i w:val="0"/>
          <w:sz w:val="19"/>
        </w:rPr>
        <w:t>[Telefonnummer]</w:t>
      </w:r>
    </w:p>
    <w:p>
      <w:pPr>
        <w:spacing w:after="0"/>
        <w:jc w:val="right"/>
      </w:pPr>
      <w:r>
        <w:rPr>
          <w:b w:val="0"/>
          <w:i w:val="0"/>
          <w:sz w:val="19"/>
        </w:rPr>
        <w:t>arjun.beispiel@example.com</w:t>
      </w:r>
    </w:p>
    <w:p>
      <w:pPr>
        <w:spacing w:after="360"/>
      </w:pPr>
    </w:p>
    <w:p>
      <w:pPr>
        <w:spacing w:after="0"/>
      </w:pPr>
      <w:r>
        <w:rPr>
          <w:b w:val="0"/>
          <w:i w:val="0"/>
        </w:rPr>
        <w:t>Musterwerk Mobility GmbH</w:t>
      </w:r>
    </w:p>
    <w:p>
      <w:pPr>
        <w:spacing w:after="0"/>
      </w:pPr>
      <w:r>
        <w:rPr>
          <w:b w:val="0"/>
          <w:i w:val="0"/>
        </w:rPr>
        <w:t>Frau Beispiel</w:t>
      </w:r>
    </w:p>
    <w:p>
      <w:pPr>
        <w:spacing w:after="0"/>
      </w:pPr>
      <w:r>
        <w:rPr>
          <w:b w:val="0"/>
          <w:i w:val="0"/>
        </w:rPr>
        <w:t>[Straße Hausnummer]</w:t>
      </w:r>
    </w:p>
    <w:p>
      <w:pPr>
        <w:spacing w:after="0"/>
      </w:pPr>
      <w:r>
        <w:rPr>
          <w:b w:val="0"/>
          <w:i w:val="0"/>
        </w:rPr>
        <w:t>76131 Karlsruhe</w:t>
      </w:r>
    </w:p>
    <w:p>
      <w:pPr>
        <w:spacing w:after="360" w:before="560"/>
        <w:jc w:val="right"/>
      </w:pPr>
      <w:r>
        <w:rPr>
          <w:b w:val="0"/>
          <w:i w:val="0"/>
        </w:rPr>
        <w:t>[Ort], [Datum]</w:t>
      </w:r>
    </w:p>
    <w:p>
      <w:pPr>
        <w:spacing w:after="280"/>
      </w:pPr>
      <w:r>
        <w:rPr>
          <w:b/>
          <w:i w:val="0"/>
        </w:rPr>
        <w:t>Bewerbung als Backend-Entwickler für Ihre Buchungsplattform</w:t>
      </w:r>
    </w:p>
    <w:p>
      <w:pPr>
        <w:spacing w:after="160"/>
      </w:pPr>
      <w:r>
        <w:rPr>
          <w:b w:val="0"/>
          <w:i w:val="0"/>
        </w:rPr>
        <w:t>Sehr geehrte Frau Beispiel,</w:t>
      </w:r>
    </w:p>
    <w:p>
      <w:pPr>
        <w:spacing w:after="160"/>
      </w:pPr>
      <w:r>
        <w:rPr>
          <w:b w:val="0"/>
          <w:i w:val="0"/>
        </w:rPr>
        <w:t>auf Ihrer Karriereseite beschreiben Sie, wie Ihre Buchungsplattform Fahrten verschiedener Anbieter zusammenführt. Genau solche Schnittstellen entwickle ich seit vier Jahren, zuletzt zu Zahlungs- und Versanddienstleistern für einen Onlineshop.</w:t>
      </w:r>
    </w:p>
    <w:p>
      <w:pPr>
        <w:spacing w:after="160"/>
      </w:pPr>
      <w:r>
        <w:rPr>
          <w:b w:val="0"/>
          <w:i w:val="0"/>
        </w:rPr>
        <w:t>Ich arbeite mit Java und Spring Boot, schreibe Tests für neue Funktionen und pflege unsere Pipeline. Als die Bestellübersicht immer langsamer wurde, habe ich die Datenbankabfragen untersucht, die Engpässe gefunden und mit neuen Indizes behoben. Im Team prüfen wir jeden Pull Request gemeinsam, und ich betreue zwei Werkstudierende fachlich.</w:t>
      </w:r>
    </w:p>
    <w:p>
      <w:pPr>
        <w:spacing w:after="160"/>
      </w:pPr>
      <w:r>
        <w:rPr>
          <w:b w:val="0"/>
          <w:i w:val="0"/>
        </w:rPr>
        <w:t>Kotlin, das Sie in der Anzeige nennen, habe ich bisher nur in einem eigenen kleinen Projekt genutzt. Durch meine Erfahrung mit Java und Spring fühle ich mich aber gut vorbereitet, und ich freue mich darauf, es im Alltag zu vertiefen.</w:t>
      </w:r>
    </w:p>
    <w:p>
      <w:pPr>
        <w:spacing w:after="160"/>
      </w:pPr>
      <w:r>
        <w:rPr>
          <w:b w:val="0"/>
          <w:i w:val="0"/>
          <w:color w:val="6B6B66"/>
        </w:rPr>
        <w:t>[Ersetze die Beispiele durch eigene, die Anforderungen aus deiner Anzeige belegen.]</w:t>
      </w:r>
    </w:p>
    <w:p>
      <w:pPr>
        <w:spacing w:after="160"/>
      </w:pPr>
      <w:r>
        <w:rPr>
          <w:b w:val="0"/>
          <w:i w:val="0"/>
        </w:rPr>
        <w:t>Ich kann zum 1. Februar 2027 anfangen und freue mich auf ein Gespräch oder eine technische Aufgabe.</w:t>
      </w:r>
    </w:p>
    <w:p>
      <w:pPr>
        <w:spacing w:after="520" w:before="120"/>
      </w:pPr>
      <w:r>
        <w:rPr>
          <w:b w:val="0"/>
          <w:i w:val="0"/>
        </w:rPr>
        <w:t>Mit freundlichen Grüßen</w:t>
      </w:r>
    </w:p>
    <w:p>
      <w:pPr>
        <w:spacing w:after="280"/>
      </w:pPr>
      <w:r>
        <w:rPr>
          <w:b w:val="0"/>
          <w:i w:val="0"/>
        </w:rPr>
        <w:t>Arjun Beispiel</w:t>
      </w:r>
    </w:p>
    <w:p>
      <w:r>
        <w:rPr>
          <w:b w:val="0"/>
          <w:i w:val="0"/>
          <w:color w:val="6B6B66"/>
          <w:sz w:val="19"/>
        </w:rPr>
        <w:t>Anlagen: Lebenslauf, IHK-Abschlusszeugnis,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hirezard.com/vorlagen/berufe/softwareentwickler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oftwareentwickl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Softwareentwickler/in</dc:title>
  <dc:subject>Anschreiben Softwareentwickler/in,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