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Sergej Beispiel</w:t>
      </w:r>
    </w:p>
    <w:p>
      <w:pPr>
        <w:spacing w:after="0"/>
        <w:jc w:val="right"/>
      </w:pPr>
      <w:r>
        <w:rPr>
          <w:b w:val="0"/>
          <w:i w:val="0"/>
          <w:sz w:val="19"/>
        </w:rPr>
        <w:t>[Straße Hausnummer]</w:t>
      </w:r>
    </w:p>
    <w:p>
      <w:pPr>
        <w:spacing w:after="0"/>
        <w:jc w:val="right"/>
      </w:pPr>
      <w:r>
        <w:rPr>
          <w:b w:val="0"/>
          <w:i w:val="0"/>
          <w:sz w:val="19"/>
        </w:rPr>
        <w:t>[PLZ] Bremen</w:t>
      </w:r>
    </w:p>
    <w:p>
      <w:pPr>
        <w:spacing w:after="0"/>
        <w:jc w:val="right"/>
      </w:pPr>
      <w:r>
        <w:rPr>
          <w:b w:val="0"/>
          <w:i w:val="0"/>
          <w:sz w:val="19"/>
        </w:rPr>
        <w:t>[Telefonnummer]</w:t>
      </w:r>
    </w:p>
    <w:p>
      <w:pPr>
        <w:spacing w:after="0"/>
        <w:jc w:val="right"/>
      </w:pPr>
      <w:r>
        <w:rPr>
          <w:b w:val="0"/>
          <w:i w:val="0"/>
          <w:sz w:val="19"/>
        </w:rPr>
        <w:t>sergej.beispiel@example.com</w:t>
      </w:r>
    </w:p>
    <w:p>
      <w:pPr>
        <w:spacing w:after="360"/>
      </w:pPr>
    </w:p>
    <w:p>
      <w:pPr>
        <w:spacing w:after="0"/>
      </w:pPr>
      <w:r>
        <w:rPr>
          <w:b w:val="0"/>
          <w:i w:val="0"/>
        </w:rPr>
        <w:t>Hafenumschlag Muster GmbH</w:t>
      </w:r>
    </w:p>
    <w:p>
      <w:pPr>
        <w:spacing w:after="0"/>
      </w:pPr>
      <w:r>
        <w:rPr>
          <w:b w:val="0"/>
          <w:i w:val="0"/>
        </w:rPr>
        <w:t>Frau Beispiel</w:t>
      </w:r>
    </w:p>
    <w:p>
      <w:pPr>
        <w:spacing w:after="0"/>
      </w:pPr>
      <w:r>
        <w:rPr>
          <w:b w:val="0"/>
          <w:i w:val="0"/>
        </w:rPr>
        <w:t>[Straße Hausnummer]</w:t>
      </w:r>
    </w:p>
    <w:p>
      <w:pPr>
        <w:spacing w:after="0"/>
      </w:pPr>
      <w:r>
        <w:rPr>
          <w:b w:val="0"/>
          <w:i w:val="0"/>
        </w:rPr>
        <w:t>28217 Bremen</w:t>
      </w:r>
    </w:p>
    <w:p>
      <w:pPr>
        <w:spacing w:after="360" w:before="560"/>
        <w:jc w:val="right"/>
      </w:pPr>
      <w:r>
        <w:rPr>
          <w:b w:val="0"/>
          <w:i w:val="0"/>
        </w:rPr>
        <w:t>[Ort], [Datum]</w:t>
      </w:r>
    </w:p>
    <w:p>
      <w:pPr>
        <w:spacing w:after="280"/>
      </w:pPr>
      <w:r>
        <w:rPr>
          <w:b/>
          <w:i w:val="0"/>
        </w:rPr>
        <w:t>Bewerbung als Staplerfahrer im Containerumschlag</w:t>
      </w:r>
    </w:p>
    <w:p>
      <w:pPr>
        <w:spacing w:after="160"/>
      </w:pPr>
      <w:r>
        <w:rPr>
          <w:b w:val="0"/>
          <w:i w:val="0"/>
        </w:rPr>
        <w:t>Sehr geehrte Frau Beispiel,</w:t>
      </w:r>
    </w:p>
    <w:p>
      <w:pPr>
        <w:spacing w:after="160"/>
      </w:pPr>
      <w:r>
        <w:rPr>
          <w:b w:val="0"/>
          <w:i w:val="0"/>
        </w:rPr>
        <w:t>seit sechs Jahren fahre ich Stapler, zuerst im Freigelände eines Baustoffhändlers und seit 2022 im Hochregallager eines Getränkelogistikers. Ihre Stelle im Containerumschlag reizt mich, weil ich gern mit schweren Lasten arbeite und das Hafenumfeld kennenlernen möchte.</w:t>
      </w:r>
    </w:p>
    <w:p>
      <w:pPr>
        <w:spacing w:after="160"/>
      </w:pPr>
      <w:r>
        <w:rPr>
          <w:b w:val="0"/>
          <w:i w:val="0"/>
        </w:rPr>
        <w:t>In meinem jetzigen Betrieb lagere ich im Dreischichtbetrieb Paletten mit Schubmast- und Schmalgangstapler ein und aus. Bevor ich losfahre, prüfe ich das Gerät nach Checkliste, und jede Bewegung buche ich per Scanner. Neue Kollegen begleite ich bei ihren ersten Fahrten im Schmalgang.</w:t>
      </w:r>
    </w:p>
    <w:p>
      <w:pPr>
        <w:spacing w:after="160"/>
      </w:pPr>
      <w:r>
        <w:rPr>
          <w:b w:val="0"/>
          <w:i w:val="0"/>
        </w:rPr>
        <w:t>Für Containerstapler und Reachstacker, die Sie in der Anzeige nennen, habe ich noch keine Ausbildung. Ich bin bereit, die Zusatzausbildung bei Ihnen zu machen, und bringe dafür viel Erfahrung mit schweren Lasten und engen Wegen mit.</w:t>
      </w:r>
    </w:p>
    <w:p>
      <w:pPr>
        <w:spacing w:after="160"/>
      </w:pPr>
      <w:r>
        <w:rPr>
          <w:b w:val="0"/>
          <w:i w:val="0"/>
          <w:color w:val="6B6B66"/>
        </w:rPr>
        <w:t>[Ersetze die Beispiele durch eigene, die Anforderungen aus deiner Anzeige belegen.]</w:t>
      </w:r>
    </w:p>
    <w:p>
      <w:pPr>
        <w:spacing w:after="160"/>
      </w:pPr>
      <w:r>
        <w:rPr>
          <w:b w:val="0"/>
          <w:i w:val="0"/>
        </w:rPr>
        <w:t>Ich kann zum 1. Februar 2027 bei Ihnen anfangen und arbeite auch im Schichtbetrieb. Über eine Einladung zu einem Probetag freue ich mich.</w:t>
      </w:r>
    </w:p>
    <w:p>
      <w:pPr>
        <w:spacing w:after="520" w:before="120"/>
      </w:pPr>
      <w:r>
        <w:rPr>
          <w:b w:val="0"/>
          <w:i w:val="0"/>
        </w:rPr>
        <w:t>Mit freundlichen Grüßen</w:t>
      </w:r>
    </w:p>
    <w:p>
      <w:pPr>
        <w:spacing w:after="280"/>
      </w:pPr>
      <w:r>
        <w:rPr>
          <w:b w:val="0"/>
          <w:i w:val="0"/>
        </w:rPr>
        <w:t>Sergej Beispiel</w:t>
      </w:r>
    </w:p>
    <w:p>
      <w:r>
        <w:rPr>
          <w:b w:val="0"/>
          <w:i w:val="0"/>
          <w:color w:val="6B6B66"/>
          <w:sz w:val="19"/>
        </w:rPr>
        <w:t>Anlagen: Lebenslauf, Fahrausweis Flurförderzeuge, Nachweis Zusatzausbildung, Arbeitszeugnis</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hirezard.com/vorlagen/berufe/staplerfahrer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staplerfahr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Staplerfahrer/in</dc:title>
  <dc:subject>Anschreiben Staplerfahrer/in,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