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dxa" w:w="9356"/>
        <w:tblBorders>
          <w:top w:val="nil"/>
          <w:left w:val="nil"/>
          <w:bottom w:val="nil"/>
          <w:right w:val="nil"/>
          <w:insideH w:val="nil"/>
          <w:insideV w:val="nil"/>
        </w:tblBorders>
        <w:tblLayout w:type="fixed"/>
        <w:tblLook w:firstColumn="1" w:firstRow="1" w:lastColumn="0" w:lastRow="0" w:noHBand="0" w:noVBand="1" w:val="04A0"/>
      </w:tblPr>
      <w:tblGrid>
        <w:gridCol w:w="9355"/>
      </w:tblGrid>
      <w:tr>
        <w:tc>
          <w:tcPr>
            <w:tcW w:type="dxa" w:w="9355"/>
            <w:shd w:val="clear" w:color="auto" w:fill="F2F1EC"/>
          </w:tcPr>
          <w:p>
            <w:r/>
            <w:r>
              <w:rPr>
                <w:i/>
                <w:color w:val="6B6B66"/>
                <w:sz w:val="17"/>
              </w:rPr>
              <w:t>Beispiel: Alle Angaben in dieser Vorlage sind erfunden. Ersetze die Texte und die Angaben in [eckigen Klammern] durch deine eigenen und lösche diesen Hinweis.</w:t>
            </w:r>
          </w:p>
        </w:tc>
      </w:tr>
    </w:tbl>
    <w:p>
      <w:pPr>
        <w:spacing w:after="40"/>
      </w:pPr>
    </w:p>
    <w:p>
      <w:pPr>
        <w:spacing w:after="0"/>
        <w:jc w:val="right"/>
      </w:pPr>
      <w:r>
        <w:rPr>
          <w:b/>
          <w:i w:val="0"/>
          <w:sz w:val="22"/>
        </w:rPr>
        <w:t>Katharina Beispiel</w:t>
      </w:r>
    </w:p>
    <w:p>
      <w:pPr>
        <w:spacing w:after="0"/>
        <w:jc w:val="right"/>
      </w:pPr>
      <w:r>
        <w:rPr>
          <w:b w:val="0"/>
          <w:i w:val="0"/>
          <w:sz w:val="19"/>
        </w:rPr>
        <w:t>[Straße Hausnummer]</w:t>
      </w:r>
    </w:p>
    <w:p>
      <w:pPr>
        <w:spacing w:after="0"/>
        <w:jc w:val="right"/>
      </w:pPr>
      <w:r>
        <w:rPr>
          <w:b w:val="0"/>
          <w:i w:val="0"/>
          <w:sz w:val="19"/>
        </w:rPr>
        <w:t>[PLZ] Osnabrück</w:t>
      </w:r>
    </w:p>
    <w:p>
      <w:pPr>
        <w:spacing w:after="0"/>
        <w:jc w:val="right"/>
      </w:pPr>
      <w:r>
        <w:rPr>
          <w:b w:val="0"/>
          <w:i w:val="0"/>
          <w:sz w:val="19"/>
        </w:rPr>
        <w:t>[Telefonnummer]</w:t>
      </w:r>
    </w:p>
    <w:p>
      <w:pPr>
        <w:spacing w:after="0"/>
        <w:jc w:val="right"/>
      </w:pPr>
      <w:r>
        <w:rPr>
          <w:b w:val="0"/>
          <w:i w:val="0"/>
          <w:sz w:val="19"/>
        </w:rPr>
        <w:t>katharina.beispiel@example.com</w:t>
      </w:r>
    </w:p>
    <w:p>
      <w:pPr>
        <w:spacing w:after="360"/>
      </w:pPr>
    </w:p>
    <w:p>
      <w:pPr>
        <w:spacing w:after="0"/>
      </w:pPr>
      <w:r>
        <w:rPr>
          <w:b w:val="0"/>
          <w:i w:val="0"/>
        </w:rPr>
        <w:t>Muster Steuerberatungsgesellschaft mbH</w:t>
      </w:r>
    </w:p>
    <w:p>
      <w:pPr>
        <w:spacing w:after="0"/>
      </w:pPr>
      <w:r>
        <w:rPr>
          <w:b w:val="0"/>
          <w:i w:val="0"/>
        </w:rPr>
        <w:t>Frau Beispiel</w:t>
      </w:r>
    </w:p>
    <w:p>
      <w:pPr>
        <w:spacing w:after="0"/>
      </w:pPr>
      <w:r>
        <w:rPr>
          <w:b w:val="0"/>
          <w:i w:val="0"/>
        </w:rPr>
        <w:t>[Straße Hausnummer]</w:t>
      </w:r>
    </w:p>
    <w:p>
      <w:pPr>
        <w:spacing w:after="0"/>
      </w:pPr>
      <w:r>
        <w:rPr>
          <w:b w:val="0"/>
          <w:i w:val="0"/>
        </w:rPr>
        <w:t>49074 Osnabrück</w:t>
      </w:r>
    </w:p>
    <w:p>
      <w:pPr>
        <w:spacing w:after="360" w:before="560"/>
        <w:jc w:val="right"/>
      </w:pPr>
      <w:r>
        <w:rPr>
          <w:b w:val="0"/>
          <w:i w:val="0"/>
        </w:rPr>
        <w:t>[Ort], [Datum]</w:t>
      </w:r>
    </w:p>
    <w:p>
      <w:pPr>
        <w:spacing w:after="280"/>
      </w:pPr>
      <w:r>
        <w:rPr>
          <w:b/>
          <w:i w:val="0"/>
        </w:rPr>
        <w:t>Bewerbung als Steuerfachangestellte in der Finanzbuchhaltung</w:t>
      </w:r>
    </w:p>
    <w:p>
      <w:pPr>
        <w:spacing w:after="160"/>
      </w:pPr>
      <w:r>
        <w:rPr>
          <w:b w:val="0"/>
          <w:i w:val="0"/>
        </w:rPr>
        <w:t>Sehr geehrte Frau Beispiel,</w:t>
      </w:r>
    </w:p>
    <w:p>
      <w:pPr>
        <w:spacing w:after="160"/>
      </w:pPr>
      <w:r>
        <w:rPr>
          <w:b w:val="0"/>
          <w:i w:val="0"/>
        </w:rPr>
        <w:t>seit fünf Jahren führe ich in einer Kanzlei die Finanzbuchhaltung für Handwerksbetriebe, Einzelhändler und Freiberufler. Für Ihr Team suchen Sie eine Steuerfachangestellte, die eigene Mandate in der Finanzbuchhaltung übernimmt und an Abschlüssen mitarbeitet. Genau diese Arbeit mache ich gern und gründlich.</w:t>
      </w:r>
    </w:p>
    <w:p>
      <w:pPr>
        <w:spacing w:after="160"/>
      </w:pPr>
      <w:r>
        <w:rPr>
          <w:b w:val="0"/>
          <w:i w:val="0"/>
        </w:rPr>
        <w:t>Ich verbuche in DATEV Kanzlei-Rechnungswesen, bereite Umsatzsteuer-Voranmeldungen und Einnahmenüberschussrechnungen vor und erstelle Einkommensteuererklärungen. Viele unserer Mandanten habe ich auf digitale Belegverarbeitung umgestellt und ihnen dabei am Telefon die ersten Schritte erklärt.</w:t>
      </w:r>
    </w:p>
    <w:p>
      <w:pPr>
        <w:spacing w:after="160"/>
      </w:pPr>
      <w:r>
        <w:rPr>
          <w:b w:val="0"/>
          <w:i w:val="0"/>
        </w:rPr>
        <w:t>An Jahresabschlüssen von Kapitalgesellschaften habe ich bisher nur zugearbeitet. Ich möchte diesen Bereich ausbauen und mache dafür berufsbegleitend den Lehrgang zur Steuerfachwirtin, die Prüfung plane ich für 2027.</w:t>
      </w:r>
    </w:p>
    <w:p>
      <w:pPr>
        <w:spacing w:after="160"/>
      </w:pPr>
      <w:r>
        <w:rPr>
          <w:b w:val="0"/>
          <w:i w:val="0"/>
          <w:color w:val="6B6B66"/>
        </w:rPr>
        <w:t>[Ersetze die Beispiele durch eigene, die Anforderungen aus deiner Anzeige belegen.]</w:t>
      </w:r>
    </w:p>
    <w:p>
      <w:pPr>
        <w:spacing w:after="160"/>
      </w:pPr>
      <w:r>
        <w:rPr>
          <w:b w:val="0"/>
          <w:i w:val="0"/>
        </w:rPr>
        <w:t>Ich kann zum 1. Juni 2027 bei Ihnen beginnen, damit meine Kanzlei die Abschlusszeit noch mit mir abschließen kann. Über eine Einladung zum Gespräch freue ich mich sehr.</w:t>
      </w:r>
    </w:p>
    <w:p>
      <w:pPr>
        <w:spacing w:after="520" w:before="120"/>
      </w:pPr>
      <w:r>
        <w:rPr>
          <w:b w:val="0"/>
          <w:i w:val="0"/>
        </w:rPr>
        <w:t>Mit freundlichen Grüßen</w:t>
      </w:r>
    </w:p>
    <w:p>
      <w:pPr>
        <w:spacing w:after="280"/>
      </w:pPr>
      <w:r>
        <w:rPr>
          <w:b w:val="0"/>
          <w:i w:val="0"/>
        </w:rPr>
        <w:t>Katharina Beispiel</w:t>
      </w:r>
    </w:p>
    <w:p>
      <w:r>
        <w:rPr>
          <w:b w:val="0"/>
          <w:i w:val="0"/>
          <w:color w:val="6B6B66"/>
          <w:sz w:val="19"/>
        </w:rPr>
        <w:t>Anlagen: Lebenslauf, Abschlusszeugnis, Arbeitszeugnis, Anmeldung Lehrgang Steuerfachwirtin</w:t>
      </w:r>
    </w:p>
    <w:p>
      <w:pPr>
        <w:spacing w:before="360"/>
      </w:pPr>
      <w:r>
        <w:rPr>
          <w:b w:val="0"/>
          <w:i w:val="0"/>
          <w:color w:val="6B6B66"/>
          <w:sz w:val="17"/>
        </w:rPr>
        <w:t xml:space="preserve">Dieses Anschreiben in 32 Designs gestalten und mit dem KI-Coach an deine Stelle anpassen: </w:t>
      </w:r>
      <w:hyperlink r:id="rId10">
        <w:r>
          <w:rPr>
            <w:color w:val="6B6B66"/>
            <w:sz w:val="17"/>
            <w:u w:val="single"/>
          </w:rPr>
          <w:t>hirezard.com/vorlagen/berufe/steuerfachangestellte</w:t>
        </w:r>
      </w:hyperlink>
    </w:p>
    <w:sectPr w:rsidR="00FC693F" w:rsidRPr="0006063C" w:rsidSect="00034616">
      <w:footerReference w:type="default" r:id="rId9"/>
      <w:pgSz w:w="11906" w:h="16838"/>
      <w:pgMar w:top="1020" w:right="1134" w:bottom="1304" w:left="1417" w:header="720" w:footer="56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B6B66"/>
        <w:sz w:val="16"/>
      </w:rPr>
      <w:t xml:space="preserve">Vorlage von hirezard.com · Schneller geht es mit Hirezard: </w:t>
    </w:r>
    <w:hyperlink r:id="rId1">
      <w:r>
        <w:rPr>
          <w:color w:val="6B6B66"/>
          <w:sz w:val="16"/>
          <w:u w:val="single"/>
        </w:rPr>
        <w:t>hirezard.com</w:t>
      </w:r>
    </w:hyperlink>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76" w:lineRule="auto"/>
    </w:pPr>
    <w:rPr>
      <w:rFonts w:ascii="Arial" w:hAnsi="Arial" w:eastAsia="Arial"/>
      <w:color w:val="1A1A18"/>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hirezard.com/vorlagen/berufe/steuerfachangestellte"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s://hirezard.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Anschreiben Vorlage Steuerfachangestellte/r</dc:title>
  <dc:subject>Anschreiben Steuerfachangestellte/r, Beispiel mit Platzhaltern, angelehnt an DIN 5008</dc:subject>
  <dc:creator>hirezard.com</dc:creator>
  <cp:keywords>Vorlage, Bewerbung, hirezard.com</cp:keywords>
  <dc:description>Vorlage von hirezard.com. Schneller geht es mit Hirezard: Lebenslauf und Anschreiben mit dem KI-Coach erstellen, in 32 Designs, auf hirezard.com</dc:description>
  <cp:lastModifiedBy>hirezard.com</cp:lastModifiedBy>
  <cp:revision>1</cp:revision>
  <dcterms:created xsi:type="dcterms:W3CDTF">2026-10-21T09:00:00Z</dcterms:created>
  <dcterms:modified xsi:type="dcterms:W3CDTF">2026-10-21T09:00:00Z</dcterms:modified>
  <cp:category>Bewerbungsvorlage</cp:category>
  <dc:language>de-DE</dc:language>
</cp:coreProperties>
</file>