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Laura Beispiel</w:t>
      </w:r>
    </w:p>
    <w:p>
      <w:pPr>
        <w:spacing w:after="0"/>
        <w:jc w:val="right"/>
      </w:pPr>
      <w:r>
        <w:rPr>
          <w:b w:val="0"/>
          <w:i w:val="0"/>
          <w:sz w:val="19"/>
        </w:rPr>
        <w:t>[Straße Hausnummer]</w:t>
      </w:r>
    </w:p>
    <w:p>
      <w:pPr>
        <w:spacing w:after="0"/>
        <w:jc w:val="right"/>
      </w:pPr>
      <w:r>
        <w:rPr>
          <w:b w:val="0"/>
          <w:i w:val="0"/>
          <w:sz w:val="19"/>
        </w:rPr>
        <w:t>[PLZ] Freiburg im Breisgau</w:t>
      </w:r>
    </w:p>
    <w:p>
      <w:pPr>
        <w:spacing w:after="0"/>
        <w:jc w:val="right"/>
      </w:pPr>
      <w:r>
        <w:rPr>
          <w:b w:val="0"/>
          <w:i w:val="0"/>
          <w:sz w:val="19"/>
        </w:rPr>
        <w:t>[Telefonnummer]</w:t>
      </w:r>
    </w:p>
    <w:p>
      <w:pPr>
        <w:spacing w:after="0"/>
        <w:jc w:val="right"/>
      </w:pPr>
      <w:r>
        <w:rPr>
          <w:b w:val="0"/>
          <w:i w:val="0"/>
          <w:sz w:val="19"/>
        </w:rPr>
        <w:t>laura.beispiel@example.com</w:t>
      </w:r>
    </w:p>
    <w:p>
      <w:pPr>
        <w:spacing w:after="360"/>
      </w:pPr>
    </w:p>
    <w:p>
      <w:pPr>
        <w:spacing w:after="0"/>
      </w:pPr>
      <w:r>
        <w:rPr>
          <w:b w:val="0"/>
          <w:i w:val="0"/>
        </w:rPr>
        <w:t>Muster Innenausbau GmbH</w:t>
      </w:r>
    </w:p>
    <w:p>
      <w:pPr>
        <w:spacing w:after="0"/>
      </w:pPr>
      <w:r>
        <w:rPr>
          <w:b w:val="0"/>
          <w:i w:val="0"/>
        </w:rPr>
        <w:t>Herr Beispiel</w:t>
      </w:r>
    </w:p>
    <w:p>
      <w:pPr>
        <w:spacing w:after="0"/>
      </w:pPr>
      <w:r>
        <w:rPr>
          <w:b w:val="0"/>
          <w:i w:val="0"/>
        </w:rPr>
        <w:t>[Straße Hausnummer]</w:t>
      </w:r>
    </w:p>
    <w:p>
      <w:pPr>
        <w:spacing w:after="0"/>
      </w:pPr>
      <w:r>
        <w:rPr>
          <w:b w:val="0"/>
          <w:i w:val="0"/>
        </w:rPr>
        <w:t>79098 Freiburg im Breisgau</w:t>
      </w:r>
    </w:p>
    <w:p>
      <w:pPr>
        <w:spacing w:after="360" w:before="560"/>
        <w:jc w:val="right"/>
      </w:pPr>
      <w:r>
        <w:rPr>
          <w:b w:val="0"/>
          <w:i w:val="0"/>
        </w:rPr>
        <w:t>[Ort], [Datum]</w:t>
      </w:r>
    </w:p>
    <w:p>
      <w:pPr>
        <w:spacing w:after="280"/>
      </w:pPr>
      <w:r>
        <w:rPr>
          <w:b/>
          <w:i w:val="0"/>
        </w:rPr>
        <w:t>Bewerbung als Tischlerin im Innenausbau</w:t>
      </w:r>
    </w:p>
    <w:p>
      <w:pPr>
        <w:spacing w:after="160"/>
      </w:pPr>
      <w:r>
        <w:rPr>
          <w:b w:val="0"/>
          <w:i w:val="0"/>
        </w:rPr>
        <w:t>Sehr geehrter Herr Beispiel,</w:t>
      </w:r>
    </w:p>
    <w:p>
      <w:pPr>
        <w:spacing w:after="160"/>
      </w:pPr>
      <w:r>
        <w:rPr>
          <w:b w:val="0"/>
          <w:i w:val="0"/>
        </w:rPr>
        <w:t>zuletzt habe ich einen Einbauschrank unter eine schiefe Dachschräge gebaut, bei der kein Winkel stimmte. Vom Aufmaß über die Zeichnung bis zur Montage lag alles bei mir. Genau solche Einzelanfertigungen machen Sie, und deshalb bewerbe ich mich bei Ihnen als Tischlerin.</w:t>
      </w:r>
    </w:p>
    <w:p>
      <w:pPr>
        <w:spacing w:after="160"/>
      </w:pPr>
      <w:r>
        <w:rPr>
          <w:b w:val="0"/>
          <w:i w:val="0"/>
        </w:rPr>
        <w:t>In der Schreinerei Beispiel GmbH fertige ich seit meiner Gesellenprüfung Einbaumöbel, Küchen und Ladenmöbel. Ich zeichne in CAD, richte unser CNC-Bearbeitungszentrum ein und passe Programme für Einzelteile an. Bei Montagen beim Kunden leite ich oft das Team und kläre Fragen direkt vor Ort.</w:t>
      </w:r>
    </w:p>
    <w:p>
      <w:pPr>
        <w:spacing w:after="160"/>
      </w:pPr>
      <w:r>
        <w:rPr>
          <w:b w:val="0"/>
          <w:i w:val="0"/>
        </w:rPr>
        <w:t>In Ihrer Anzeige nennen Sie ein CAD-Programm, mit dem ich noch nicht gearbeitet habe. Die Grundlagen der Konstruktion sind aber dieselben, und ich habe mich schon einmal in kurzer Zeit in ein neues Programm eingearbeitet.</w:t>
      </w:r>
    </w:p>
    <w:p>
      <w:pPr>
        <w:spacing w:after="160"/>
      </w:pPr>
      <w:r>
        <w:rPr>
          <w:b w:val="0"/>
          <w:i w:val="0"/>
          <w:color w:val="6B6B66"/>
        </w:rPr>
        <w:t>[Ersetze die Beispiele durch eigene, die Anforderungen aus deiner Anzeige belegen.]</w:t>
      </w:r>
    </w:p>
    <w:p>
      <w:pPr>
        <w:spacing w:after="160"/>
      </w:pPr>
      <w:r>
        <w:rPr>
          <w:b w:val="0"/>
          <w:i w:val="0"/>
        </w:rPr>
        <w:t>Ich kann ab dem 1. Februar 2027 bei Ihnen anfangen. Fotos einiger meiner Arbeiten habe ich beigelegt. Gern komme ich zu einem Probetag in Ihre Werkstatt.</w:t>
      </w:r>
    </w:p>
    <w:p>
      <w:pPr>
        <w:spacing w:after="520" w:before="120"/>
      </w:pPr>
      <w:r>
        <w:rPr>
          <w:b w:val="0"/>
          <w:i w:val="0"/>
        </w:rPr>
        <w:t>Mit freundlichen Grüßen</w:t>
      </w:r>
    </w:p>
    <w:p>
      <w:pPr>
        <w:spacing w:after="280"/>
      </w:pPr>
      <w:r>
        <w:rPr>
          <w:b w:val="0"/>
          <w:i w:val="0"/>
        </w:rPr>
        <w:t>Laura Beispiel</w:t>
      </w:r>
    </w:p>
    <w:p>
      <w:r>
        <w:rPr>
          <w:b w:val="0"/>
          <w:i w:val="0"/>
          <w:color w:val="6B6B66"/>
          <w:sz w:val="19"/>
        </w:rPr>
        <w:t>Anlagen: Lebenslauf, Gesellenbrief, Arbeitszeugnis, Fotos eigener Arbeiten</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hirezard.com/vorlagen/berufe/tischler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tischl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Tischler/in</dc:title>
  <dc:subject>Anschreiben Tischler/in,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