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Marie Beispiel</w:t>
      </w:r>
    </w:p>
    <w:p>
      <w:pPr>
        <w:spacing w:after="0"/>
        <w:jc w:val="right"/>
      </w:pPr>
      <w:r>
        <w:rPr>
          <w:b w:val="0"/>
          <w:i w:val="0"/>
          <w:sz w:val="19"/>
        </w:rPr>
        <w:t>[Straße Hausnummer]</w:t>
      </w:r>
    </w:p>
    <w:p>
      <w:pPr>
        <w:spacing w:after="0"/>
        <w:jc w:val="right"/>
      </w:pPr>
      <w:r>
        <w:rPr>
          <w:b w:val="0"/>
          <w:i w:val="0"/>
          <w:sz w:val="19"/>
        </w:rPr>
        <w:t>[PLZ] Nürnberg</w:t>
      </w:r>
    </w:p>
    <w:p>
      <w:pPr>
        <w:spacing w:after="0"/>
        <w:jc w:val="right"/>
      </w:pPr>
      <w:r>
        <w:rPr>
          <w:b w:val="0"/>
          <w:i w:val="0"/>
          <w:sz w:val="19"/>
        </w:rPr>
        <w:t>[Telefonnummer]</w:t>
      </w:r>
    </w:p>
    <w:p>
      <w:pPr>
        <w:spacing w:after="0"/>
        <w:jc w:val="right"/>
      </w:pPr>
      <w:r>
        <w:rPr>
          <w:b w:val="0"/>
          <w:i w:val="0"/>
          <w:sz w:val="19"/>
        </w:rPr>
        <w:t>marie.beispiel@example.com</w:t>
      </w:r>
    </w:p>
    <w:p>
      <w:pPr>
        <w:spacing w:after="360"/>
      </w:pPr>
    </w:p>
    <w:p>
      <w:pPr>
        <w:spacing w:after="0"/>
      </w:pPr>
      <w:r>
        <w:rPr>
          <w:b w:val="0"/>
          <w:i w:val="0"/>
        </w:rPr>
        <w:t>Muster Biomarkt GmbH</w:t>
      </w:r>
    </w:p>
    <w:p>
      <w:pPr>
        <w:spacing w:after="0"/>
      </w:pPr>
      <w:r>
        <w:rPr>
          <w:b w:val="0"/>
          <w:i w:val="0"/>
        </w:rPr>
        <w:t>Frau Beispiel</w:t>
      </w:r>
    </w:p>
    <w:p>
      <w:pPr>
        <w:spacing w:after="0"/>
      </w:pPr>
      <w:r>
        <w:rPr>
          <w:b w:val="0"/>
          <w:i w:val="0"/>
        </w:rPr>
        <w:t>[Straße Hausnummer]</w:t>
      </w:r>
    </w:p>
    <w:p>
      <w:pPr>
        <w:spacing w:after="0"/>
      </w:pPr>
      <w:r>
        <w:rPr>
          <w:b w:val="0"/>
          <w:i w:val="0"/>
        </w:rPr>
        <w:t>90402 Nürnberg</w:t>
      </w:r>
    </w:p>
    <w:p>
      <w:pPr>
        <w:spacing w:after="360" w:before="560"/>
        <w:jc w:val="right"/>
      </w:pPr>
      <w:r>
        <w:rPr>
          <w:b w:val="0"/>
          <w:i w:val="0"/>
        </w:rPr>
        <w:t>[Ort], [Datum]</w:t>
      </w:r>
    </w:p>
    <w:p>
      <w:pPr>
        <w:spacing w:after="280"/>
      </w:pPr>
      <w:r>
        <w:rPr>
          <w:b/>
          <w:i w:val="0"/>
        </w:rPr>
        <w:t>Bewerbung als Verkäuferin in Vollzeit</w:t>
      </w:r>
    </w:p>
    <w:p>
      <w:pPr>
        <w:spacing w:after="160"/>
      </w:pPr>
      <w:r>
        <w:rPr>
          <w:b w:val="0"/>
          <w:i w:val="0"/>
        </w:rPr>
        <w:t>Sehr geehrte Frau Beispiel,</w:t>
      </w:r>
    </w:p>
    <w:p>
      <w:pPr>
        <w:spacing w:after="160"/>
      </w:pPr>
      <w:r>
        <w:rPr>
          <w:b w:val="0"/>
          <w:i w:val="0"/>
        </w:rPr>
        <w:t>ich kaufe seit Jahren in Ihrem Markt in der Südstadt ein und mag die ruhige, freundliche Art, mit der man dort beraten wird. Deshalb habe ich mich über Ihre Anzeige für eine Verkäuferin in Vollzeit sehr gefreut.</w:t>
      </w:r>
    </w:p>
    <w:p>
      <w:pPr>
        <w:spacing w:after="160"/>
      </w:pPr>
      <w:r>
        <w:rPr>
          <w:b w:val="0"/>
          <w:i w:val="0"/>
        </w:rPr>
        <w:t>Seit vier Jahren arbeite ich im Verkauf, zuerst in der Ausbildung im Lebensmittelhandel, seit 2022 in einem Drogeriemarkt. Dort führe ich die Kasse, nehme morgens Ware an und berate Kundinnen zu Pflegeprodukten. Die Bedientheke kenne ich aus meiner Ausbildung, und die Belehrung nach dem Infektionsschutzgesetz habe ich.</w:t>
      </w:r>
    </w:p>
    <w:p>
      <w:pPr>
        <w:spacing w:after="160"/>
      </w:pPr>
      <w:r>
        <w:rPr>
          <w:b w:val="0"/>
          <w:i w:val="0"/>
        </w:rPr>
        <w:t>Mit Bio-Lebensmitteln habe ich noch nicht gezielt gearbeitet. Ich lerne aber gern neue Produkte kennen und würde mich schnell in Ihr Sortiment einlesen.</w:t>
      </w:r>
    </w:p>
    <w:p>
      <w:pPr>
        <w:spacing w:after="160"/>
      </w:pPr>
      <w:r>
        <w:rPr>
          <w:b w:val="0"/>
          <w:i w:val="0"/>
          <w:color w:val="6B6B66"/>
        </w:rPr>
        <w:t>[Ersetze die Beispiele durch eigene, die Anforderungen aus deiner Anzeige belegen.]</w:t>
      </w:r>
    </w:p>
    <w:p>
      <w:pPr>
        <w:spacing w:after="160"/>
      </w:pPr>
      <w:r>
        <w:rPr>
          <w:b w:val="0"/>
          <w:i w:val="0"/>
        </w:rPr>
        <w:t>Ich kann zum 1. Januar 2027 beginnen und arbeite in Früh- und Spätschicht. Gern komme ich für einen Probetag vorbei.</w:t>
      </w:r>
    </w:p>
    <w:p>
      <w:pPr>
        <w:spacing w:after="520" w:before="120"/>
      </w:pPr>
      <w:r>
        <w:rPr>
          <w:b w:val="0"/>
          <w:i w:val="0"/>
        </w:rPr>
        <w:t>Mit freundlichen Grüßen</w:t>
      </w:r>
    </w:p>
    <w:p>
      <w:pPr>
        <w:spacing w:after="280"/>
      </w:pPr>
      <w:r>
        <w:rPr>
          <w:b w:val="0"/>
          <w:i w:val="0"/>
        </w:rPr>
        <w:t>Marie Beispiel</w:t>
      </w:r>
    </w:p>
    <w:p>
      <w:r>
        <w:rPr>
          <w:b w:val="0"/>
          <w:i w:val="0"/>
          <w:color w:val="6B6B66"/>
          <w:sz w:val="19"/>
        </w:rPr>
        <w:t>Anlagen: Lebenslauf, Abschlusszeugnis, Arbeitszeugnis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hirezard.com/vorlagen/berufe/verkaeufer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verkaeuf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Verkäufer/in</dc:title>
  <dc:subject>Anschreiben Verkäufer/in,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