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Christian Beispiel</w:t>
      </w:r>
    </w:p>
    <w:p>
      <w:pPr>
        <w:spacing w:after="0"/>
        <w:jc w:val="right"/>
      </w:pPr>
      <w:r>
        <w:rPr>
          <w:b w:val="0"/>
          <w:i w:val="0"/>
          <w:sz w:val="19"/>
        </w:rPr>
        <w:t>[Straße Hausnummer]</w:t>
      </w:r>
    </w:p>
    <w:p>
      <w:pPr>
        <w:spacing w:after="0"/>
        <w:jc w:val="right"/>
      </w:pPr>
      <w:r>
        <w:rPr>
          <w:b w:val="0"/>
          <w:i w:val="0"/>
          <w:sz w:val="19"/>
        </w:rPr>
        <w:t>[PLZ] Essen</w:t>
      </w:r>
    </w:p>
    <w:p>
      <w:pPr>
        <w:spacing w:after="0"/>
        <w:jc w:val="right"/>
      </w:pPr>
      <w:r>
        <w:rPr>
          <w:b w:val="0"/>
          <w:i w:val="0"/>
          <w:sz w:val="19"/>
        </w:rPr>
        <w:t>[Telefonnummer]</w:t>
      </w:r>
    </w:p>
    <w:p>
      <w:pPr>
        <w:spacing w:after="0"/>
        <w:jc w:val="right"/>
      </w:pPr>
      <w:r>
        <w:rPr>
          <w:b w:val="0"/>
          <w:i w:val="0"/>
          <w:sz w:val="19"/>
        </w:rPr>
        <w:t>christian.beispiel@example.com</w:t>
      </w:r>
    </w:p>
    <w:p>
      <w:pPr>
        <w:spacing w:after="360"/>
      </w:pPr>
    </w:p>
    <w:p>
      <w:pPr>
        <w:spacing w:after="0"/>
      </w:pPr>
      <w:r>
        <w:rPr>
          <w:b w:val="0"/>
          <w:i w:val="0"/>
        </w:rPr>
        <w:t>Muster Werkzeuge AG</w:t>
      </w:r>
    </w:p>
    <w:p>
      <w:pPr>
        <w:spacing w:after="0"/>
      </w:pPr>
      <w:r>
        <w:rPr>
          <w:b w:val="0"/>
          <w:i w:val="0"/>
        </w:rPr>
        <w:t>Frau Beispiel</w:t>
      </w:r>
    </w:p>
    <w:p>
      <w:pPr>
        <w:spacing w:after="0"/>
      </w:pPr>
      <w:r>
        <w:rPr>
          <w:b w:val="0"/>
          <w:i w:val="0"/>
        </w:rPr>
        <w:t>[Straße Hausnummer]</w:t>
      </w:r>
    </w:p>
    <w:p>
      <w:pPr>
        <w:spacing w:after="0"/>
      </w:pPr>
      <w:r>
        <w:rPr>
          <w:b w:val="0"/>
          <w:i w:val="0"/>
        </w:rPr>
        <w:t>45127 Essen</w:t>
      </w:r>
    </w:p>
    <w:p>
      <w:pPr>
        <w:spacing w:after="360" w:before="560"/>
        <w:jc w:val="right"/>
      </w:pPr>
      <w:r>
        <w:rPr>
          <w:b w:val="0"/>
          <w:i w:val="0"/>
        </w:rPr>
        <w:t>[Ort], [Datum]</w:t>
      </w:r>
    </w:p>
    <w:p>
      <w:pPr>
        <w:spacing w:after="280"/>
      </w:pPr>
      <w:r>
        <w:rPr>
          <w:b/>
          <w:i w:val="0"/>
        </w:rPr>
        <w:t>Bewerbung als Außendienstmitarbeiter für das Gebiet Ruhrgebiet</w:t>
      </w:r>
    </w:p>
    <w:p>
      <w:pPr>
        <w:spacing w:after="160"/>
      </w:pPr>
      <w:r>
        <w:rPr>
          <w:b w:val="0"/>
          <w:i w:val="0"/>
        </w:rPr>
        <w:t>Sehr geehrte Frau Beispiel,</w:t>
      </w:r>
    </w:p>
    <w:p>
      <w:pPr>
        <w:spacing w:after="160"/>
      </w:pPr>
      <w:r>
        <w:rPr>
          <w:b w:val="0"/>
          <w:i w:val="0"/>
        </w:rPr>
        <w:t>seit vier Jahren betreue ich als Gebietsverkaufsleiter Fachhändler und Handwerksbetriebe im Ruhrgebiet. Sie suchen jemanden, der genau diese Kunden für Ihre Elektrowerkzeuge gewinnt und dauerhaft betreut. Ich kenne viele dieser Betriebe persönlich und möchte meine Erfahrung bei Ihnen einbringen.</w:t>
      </w:r>
    </w:p>
    <w:p>
      <w:pPr>
        <w:spacing w:after="160"/>
      </w:pPr>
      <w:r>
        <w:rPr>
          <w:b w:val="0"/>
          <w:i w:val="0"/>
        </w:rPr>
        <w:t>In meinem Gebiet habe ich zwölf neue Händlerkunden aufgebaut und deren Verkaufspersonal geschult. Meine Jahresziele habe ich vier Jahre in Folge erreicht. Ich plane meine Touren selbst, pflege Besuche und Angebote im CRM und halte engen Kontakt zum Innendienst, damit Zusagen an Kunden auch eingehalten werden.</w:t>
      </w:r>
    </w:p>
    <w:p>
      <w:pPr>
        <w:spacing w:after="160"/>
      </w:pPr>
      <w:r>
        <w:rPr>
          <w:b w:val="0"/>
          <w:i w:val="0"/>
        </w:rPr>
        <w:t>Elektrowerkzeuge habe ich bisher nicht verkauft, wohl aber das Zubehör, das Handwerker dazu brauchen. Die Produkte würde ich mir in einer Einarbeitung schnell aneignen und dafür auch Schulungen beim Hersteller besuchen.</w:t>
      </w:r>
    </w:p>
    <w:p>
      <w:pPr>
        <w:spacing w:after="160"/>
      </w:pPr>
      <w:r>
        <w:rPr>
          <w:b w:val="0"/>
          <w:i w:val="0"/>
          <w:color w:val="6B6B66"/>
        </w:rPr>
        <w:t>[Ersetze die Beispiele durch eigene, die Anforderungen aus deiner Anzeige belegen.]</w:t>
      </w:r>
    </w:p>
    <w:p>
      <w:pPr>
        <w:spacing w:after="160"/>
      </w:pPr>
      <w:r>
        <w:rPr>
          <w:b w:val="0"/>
          <w:i w:val="0"/>
        </w:rPr>
        <w:t>Meine Kündigungsfrist beträgt drei Monate zum Quartalsende. Ich wohne in Essen und bin bereit, gelegentlich auswärts zu übernachten. Ich freue mich auf ein persönliches Gespräch.</w:t>
      </w:r>
    </w:p>
    <w:p>
      <w:pPr>
        <w:spacing w:after="520" w:before="120"/>
      </w:pPr>
      <w:r>
        <w:rPr>
          <w:b w:val="0"/>
          <w:i w:val="0"/>
        </w:rPr>
        <w:t>Mit freundlichen Grüßen</w:t>
      </w:r>
    </w:p>
    <w:p>
      <w:pPr>
        <w:spacing w:after="280"/>
      </w:pPr>
      <w:r>
        <w:rPr>
          <w:b w:val="0"/>
          <w:i w:val="0"/>
        </w:rPr>
        <w:t>Christian Beispiel</w:t>
      </w:r>
    </w:p>
    <w:p>
      <w:r>
        <w:rPr>
          <w:b w:val="0"/>
          <w:i w:val="0"/>
          <w:color w:val="6B6B66"/>
          <w:sz w:val="19"/>
        </w:rPr>
        <w:t>Anlagen: Lebenslauf, Arbeitszeugnisse, Zeugnis Fachwirt</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hirezard.com/vorlagen/berufe/vertrieb-aussendienst</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vertrieb-aussendiens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Vertriebsmitarbeiter/in im Außendienst</dc:title>
  <dc:subject>Anschreiben Vertriebsmitarbeiter/in im Außendienst,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