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2F1EC"/>
          </w:tcPr>
          <w:p>
            <w:r/>
            <w:r>
              <w:rPr>
                <w:i/>
                <w:color w:val="6B6B66"/>
                <w:sz w:val="17"/>
              </w:rPr>
              <w:t>Beispiel: Alle Angaben in dieser Vorlage sind erfunden. Ersetze die Texte und die Angaben in [eckigen Klammern] durch deine eigenen und lösche diesen Hinweis.</w:t>
            </w:r>
          </w:p>
        </w:tc>
      </w:tr>
    </w:tbl>
    <w:p>
      <w:pPr>
        <w:spacing w:after="40"/>
      </w:pPr>
    </w:p>
    <w:p>
      <w:pPr>
        <w:spacing w:after="0"/>
      </w:pPr>
      <w:r>
        <w:rPr>
          <w:b w:val="0"/>
          <w:i w:val="0"/>
          <w:color w:val="6B6B66"/>
          <w:sz w:val="20"/>
        </w:rPr>
        <w:t>Lebenslauf</w:t>
      </w:r>
    </w:p>
    <w:p>
      <w:pPr>
        <w:spacing w:after="40"/>
      </w:pPr>
      <w:r>
        <w:rPr>
          <w:b/>
          <w:i w:val="0"/>
          <w:sz w:val="44"/>
        </w:rPr>
        <w:t>Lea Beispiel</w:t>
      </w:r>
    </w:p>
    <w:p>
      <w:pPr>
        <w:spacing w:after="120"/>
      </w:pPr>
      <w:r>
        <w:rPr>
          <w:b w:val="0"/>
          <w:i w:val="0"/>
          <w:color w:val="6B6B66"/>
          <w:sz w:val="24"/>
        </w:rPr>
        <w:t>Kauffrau im Einzelhandel</w:t>
      </w:r>
    </w:p>
    <w:p>
      <w:pPr>
        <w:spacing w:after="0"/>
      </w:pPr>
      <w:r>
        <w:rPr>
          <w:b w:val="0"/>
          <w:i w:val="0"/>
          <w:sz w:val="19"/>
        </w:rPr>
        <w:t>[Straße Hausnummer] · [PLZ] Hannover · [Telefonnummer] · lea.beispiel@example.com</w:t>
      </w:r>
    </w:p>
    <w:p>
      <w:r>
        <w:rPr>
          <w:b w:val="0"/>
          <w:i w:val="0"/>
          <w:color w:val="6B6B66"/>
          <w:sz w:val="18"/>
        </w:rPr>
        <w:t>Geburtsdatum und Foto sind freiwillig: [optional]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KURZPROFIL</w:t>
      </w:r>
    </w:p>
    <w:p>
      <w:r>
        <w:rPr>
          <w:b w:val="0"/>
          <w:i w:val="0"/>
        </w:rPr>
        <w:t>Kauffrau im Einzelhandel mit fünf Jahren Erfahrung im Modehandel. Verantwortet die Damenabteilung, vertritt die Filialleitung und betreut Auszubildende. Sucht eine Stelle als stellvertretende Filialleiterin.</w:t>
      </w:r>
    </w:p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BERUFSERFAHRUNG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03/2023 – heute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Abteilungsleiterin Damenmode</w:t>
            </w:r>
          </w:p>
          <w:p>
            <w:r>
              <w:rPr>
                <w:color w:val="6B6B66"/>
              </w:rPr>
              <w:t>Modehaus Beispiel GmbH, Hannover</w:t>
            </w:r>
          </w:p>
          <w:p>
            <w:pPr>
              <w:pStyle w:val="ListBullet"/>
              <w:spacing w:after="20"/>
            </w:pPr>
            <w:r>
              <w:t>Verantwortet Präsentation, Bestand und Nachbestellung der Damenabteilung</w:t>
            </w:r>
          </w:p>
          <w:p>
            <w:pPr>
              <w:pStyle w:val="ListBullet"/>
              <w:spacing w:after="20"/>
            </w:pPr>
            <w:r>
              <w:t>Plant den Einsatz von sechs Kolleginnen und Aushilfen und vertritt die Filialleitung</w:t>
            </w:r>
          </w:p>
          <w:p>
            <w:pPr>
              <w:pStyle w:val="ListBullet"/>
              <w:spacing w:after="20"/>
            </w:pPr>
            <w:r>
              <w:t>Betreut zwei Auszubildende in der Abteilung</w:t>
            </w:r>
          </w:p>
          <w:p>
            <w:pPr>
              <w:pStyle w:val="ListBullet"/>
              <w:spacing w:after="160"/>
            </w:pPr>
            <w:r>
              <w:t>Setzt Saisonumbauten nach Vorgaben der Zentrale um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07/2021 – 02/2023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Kauffrau im Einzelhandel</w:t>
            </w:r>
          </w:p>
          <w:p>
            <w:r>
              <w:rPr>
                <w:color w:val="6B6B66"/>
              </w:rPr>
              <w:t>Modehaus Beispiel GmbH, Hannover</w:t>
            </w:r>
          </w:p>
          <w:p>
            <w:pPr>
              <w:pStyle w:val="ListBullet"/>
              <w:spacing w:after="20"/>
            </w:pPr>
            <w:r>
              <w:t>Beriet Kundinnen, bearbeitete Reklamationen und verantwortete den Kassenabschluss</w:t>
            </w:r>
          </w:p>
          <w:p>
            <w:pPr>
              <w:pStyle w:val="ListBullet"/>
              <w:spacing w:after="160"/>
            </w:pPr>
            <w:r>
              <w:t>Bereitete die Jahresinventur der Abteilung vor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AUSBILDUNG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2018 – 2021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Ausbildung Kauffrau im Einzelhandel (IHK)</w:t>
            </w:r>
          </w:p>
          <w:p>
            <w:pPr>
              <w:spacing w:after="160"/>
            </w:pPr>
            <w:r>
              <w:rPr>
                <w:color w:val="6B6B66"/>
              </w:rPr>
              <w:t>Modehaus Beispiel GmbH, Berufsschule Beispielstadt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2016 – 2018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Fachhochschulreife</w:t>
            </w:r>
          </w:p>
          <w:p>
            <w:pPr>
              <w:spacing w:after="160"/>
            </w:pPr>
            <w:r>
              <w:rPr>
                <w:color w:val="6B6B66"/>
              </w:rPr>
              <w:t>Beispiel Berufskolleg Wirtschaft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WEITERBILDUNGEN UND NACHWEISE</w:t>
      </w:r>
    </w:p>
    <w:tbl>
      <w:tblPr>
        <w:tblW w:type="dxa" w:w="9639"/>
        <w:jc w:val="lef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05/2024</w:t>
            </w:r>
          </w:p>
        </w:tc>
        <w:tc>
          <w:tcPr>
            <w:tcW w:type="dxa" w:w="7427"/>
          </w:tcPr>
          <w:p>
            <w:r>
              <w:rPr>
                <w:b/>
              </w:rPr>
              <w:t>Ausbildereignungsprüfung (AEVO)</w:t>
            </w:r>
          </w:p>
          <w:p>
            <w:pPr>
              <w:spacing w:after="160"/>
            </w:pPr>
            <w:r>
              <w:rPr>
                <w:color w:val="6B6B66"/>
              </w:rPr>
              <w:t>Beispiel IHK-Bildungszentrum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09/2023</w:t>
            </w:r>
          </w:p>
        </w:tc>
        <w:tc>
          <w:tcPr>
            <w:tcW w:type="dxa" w:w="7427"/>
          </w:tcPr>
          <w:p>
            <w:r>
              <w:rPr>
                <w:b/>
              </w:rPr>
              <w:t>Führungstraining für Abteilungsleitungen</w:t>
            </w:r>
          </w:p>
          <w:p>
            <w:pPr>
              <w:spacing w:after="160"/>
            </w:pPr>
            <w:r>
              <w:rPr>
                <w:color w:val="6B6B66"/>
              </w:rPr>
              <w:t>Modehaus Beispiel GmbH</w:t>
            </w:r>
          </w:p>
        </w:tc>
      </w:tr>
    </w:tbl>
    <w:p>
      <w:pPr>
        <w:pBdr>
          <w:bottom w:val="single" w:sz="6" w:space="1" w:color="1A1A18"/>
        </w:pBdr>
        <w:spacing w:after="80" w:before="240"/>
      </w:pPr>
      <w:r>
        <w:rPr>
          <w:b/>
          <w:i w:val="0"/>
          <w:color w:val="1A1A18"/>
          <w:sz w:val="22"/>
        </w:rPr>
        <w:t>KENNTNISSE</w:t>
      </w:r>
    </w:p>
    <w:tbl>
      <w:tblPr>
        <w:tblW w:type="dxa" w:w="9639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11"/>
        <w:gridCol w:w="7427"/>
      </w:tblGrid>
      <w:tr>
        <w:tc>
          <w:tcPr>
            <w:tcW w:type="dxa" w:w="2211"/>
          </w:tcPr>
          <w:p>
            <w:r>
              <w:rPr>
                <w:color w:val="6B6B66"/>
              </w:rPr>
              <w:t>Fachlich</w:t>
            </w:r>
          </w:p>
        </w:tc>
        <w:tc>
          <w:tcPr>
            <w:tcW w:type="dxa" w:w="7427"/>
          </w:tcPr>
          <w:p>
            <w:r>
              <w:t>Kundenberatung Mode, Warenwirtschaftssystem, Visual Merchandising, Personaleinsatzplanung, MS Excel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Sprachen</w:t>
            </w:r>
          </w:p>
        </w:tc>
        <w:tc>
          <w:tcPr>
            <w:tcW w:type="dxa" w:w="7427"/>
          </w:tcPr>
          <w:p>
            <w:r>
              <w:t>Deutsch (Muttersprache), Englisch (B2), Polnisch (B1)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Führerschein</w:t>
            </w:r>
          </w:p>
        </w:tc>
        <w:tc>
          <w:tcPr>
            <w:tcW w:type="dxa" w:w="7427"/>
          </w:tcPr>
          <w:p>
            <w:r>
              <w:t>B</w:t>
            </w:r>
          </w:p>
        </w:tc>
      </w:tr>
      <w:tr>
        <w:tc>
          <w:tcPr>
            <w:tcW w:type="dxa" w:w="2211"/>
          </w:tcPr>
          <w:p>
            <w:r>
              <w:rPr>
                <w:color w:val="6B6B66"/>
              </w:rPr>
              <w:t>Weiteres</w:t>
            </w:r>
          </w:p>
        </w:tc>
        <w:tc>
          <w:tcPr>
            <w:tcW w:type="dxa" w:w="7427"/>
          </w:tcPr>
          <w:p>
            <w:r>
              <w:t>[Weiterbildung, Kurs oder Nachweis, Jahr]</w:t>
            </w:r>
          </w:p>
        </w:tc>
      </w:tr>
    </w:tbl>
    <w:p>
      <w:pPr>
        <w:spacing w:before="320"/>
      </w:pPr>
      <w:r>
        <w:rPr>
          <w:b w:val="0"/>
          <w:i w:val="0"/>
          <w:color w:val="6B6B66"/>
        </w:rPr>
        <w:t>[Ort], [Datum]</w:t>
      </w:r>
    </w:p>
    <w:p>
      <w:r>
        <w:rPr>
          <w:b w:val="0"/>
          <w:i w:val="0"/>
          <w:color w:val="6B6B66"/>
          <w:sz w:val="18"/>
        </w:rPr>
        <w:t>[Unterschrift, bei Versand per E-Mail oder Portal nicht nötig]</w:t>
      </w:r>
    </w:p>
    <w:p>
      <w:pPr>
        <w:spacing w:before="360"/>
      </w:pPr>
      <w:r>
        <w:rPr>
          <w:b w:val="0"/>
          <w:i w:val="0"/>
          <w:color w:val="6B6B66"/>
          <w:sz w:val="17"/>
        </w:rPr>
        <w:t xml:space="preserve">Diesen Lebenslauf in 32 Designs gestalten und mit dem KI-Coach an deine Stelle anpassen: </w:t>
      </w:r>
      <w:hyperlink r:id="rId10">
        <w:r>
          <w:rPr>
            <w:color w:val="6B6B66"/>
            <w:sz w:val="17"/>
            <w:u w:val="single"/>
          </w:rPr>
          <w:t>hirezard.com/vorlagen/berufe/einzelhandelskaufmann</w:t>
        </w:r>
      </w:hyperlink>
    </w:p>
    <w:sectPr w:rsidR="00FC693F" w:rsidRPr="0006063C" w:rsidSect="00034616">
      <w:footerReference w:type="default" r:id="rId9"/>
      <w:pgSz w:w="11906" w:h="16838"/>
      <w:pgMar w:top="1134" w:right="1134" w:bottom="1417" w:left="1134" w:header="72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B6B66"/>
        <w:sz w:val="16"/>
      </w:rPr>
      <w:t xml:space="preserve">Vorlage von hirezard.com · Schneller geht es mit Hirezard: </w:t>
    </w:r>
    <w:hyperlink r:id="rId1">
      <w:r>
        <w:rPr>
          <w:color w:val="6B6B66"/>
          <w:sz w:val="16"/>
          <w:u w:val="single"/>
        </w:rPr>
        <w:t>hirezard.com</w:t>
      </w:r>
    </w:hyperlink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76" w:lineRule="auto"/>
    </w:pPr>
    <w:rPr>
      <w:rFonts w:ascii="Arial" w:hAnsi="Arial" w:eastAsia="Arial"/>
      <w:color w:val="1A1A18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hirezard.com/vorlagen/berufe/einzelhandelskaufmann" TargetMode="Externa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hirezard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Lebenslauf Vorlage Kaufmann/-frau im Einzelhandel</dc:title>
  <dc:subject>Lebenslauf Kaufmann/-frau im Einzelhandel, Beispiel mit Platzhaltern</dc:subject>
  <dc:creator>hirezard.com</dc:creator>
  <cp:keywords>Vorlage, Bewerbung, hirezard.com</cp:keywords>
  <dc:description>Vorlage von hirezard.com. Schneller geht es mit Hirezard: Lebenslauf und Anschreiben mit dem KI-Coach erstellen, in 32 Designs, auf hirezard.com</dc:description>
  <cp:lastModifiedBy>hirezard.com</cp:lastModifiedBy>
  <cp:revision>1</cp:revision>
  <dcterms:created xsi:type="dcterms:W3CDTF">2026-10-21T09:00:00Z</dcterms:created>
  <dcterms:modified xsi:type="dcterms:W3CDTF">2026-10-21T09:00:00Z</dcterms:modified>
  <cp:category>Bewerbungsvorlage</cp:category>
  <dc:language>de-DE</dc:language>
</cp:coreProperties>
</file>