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Kevin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Elektroniker für Energie- und Gebäudetechnik</w:t>
      </w:r>
    </w:p>
    <w:p>
      <w:pPr>
        <w:spacing w:after="0"/>
      </w:pPr>
      <w:r>
        <w:rPr>
          <w:b w:val="0"/>
          <w:i w:val="0"/>
          <w:sz w:val="19"/>
        </w:rPr>
        <w:t>[Straße Hausnummer] · [PLZ] Bielefeld · [Telefonnummer] · kevin.beispiel@example.com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Elektroniker für Energie- und Gebäudetechnik mit fünf Jahren Erfahrung in Neubau und Altbausanierung. Installiert, prüft und dokumentiert Anlagen selbstständig und programmiert KNX-Anlagen mit ETS. Möchte sich im Bereich Photovoltaik und Speicher weiterentwickeln.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02/2021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Elektroniker für Energie- und Gebäudetechnik</w:t>
            </w:r>
          </w:p>
          <w:p>
            <w:r>
              <w:rPr>
                <w:color w:val="6B6B66"/>
              </w:rPr>
              <w:t>Elektro Beispiel GmbH, Bielefeld</w:t>
            </w:r>
          </w:p>
          <w:p>
            <w:pPr>
              <w:pStyle w:val="ListBullet"/>
              <w:spacing w:after="20"/>
            </w:pPr>
            <w:r>
              <w:t>Installiert Elektroanlagen in Ein- und Mehrfamilienhäusern vom Rohbau bis zur Übergabe</w:t>
            </w:r>
          </w:p>
          <w:p>
            <w:pPr>
              <w:pStyle w:val="ListBullet"/>
              <w:spacing w:after="20"/>
            </w:pPr>
            <w:r>
              <w:t>Baut Zählerschränke und Unterverteilungen und nimmt sie nach Prüfung in Betrieb</w:t>
            </w:r>
          </w:p>
          <w:p>
            <w:pPr>
              <w:pStyle w:val="ListBullet"/>
              <w:spacing w:after="20"/>
            </w:pPr>
            <w:r>
              <w:t>Parametriert KNX-Anlagen mit ETS und weist Bauherren in die Bedienung ein</w:t>
            </w:r>
          </w:p>
          <w:p>
            <w:pPr>
              <w:pStyle w:val="ListBullet"/>
              <w:spacing w:after="160"/>
            </w:pPr>
            <w:r>
              <w:t>Erstellt Prüfprotokolle und Arbeitsberichte für die Abrechnung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08/2017 – 01/2021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Elektroniker</w:t>
            </w:r>
          </w:p>
          <w:p>
            <w:r>
              <w:rPr>
                <w:color w:val="6B6B66"/>
              </w:rPr>
              <w:t>Elektro Beispiel GmbH, Bielefeld</w:t>
            </w:r>
          </w:p>
          <w:p>
            <w:pPr>
              <w:pStyle w:val="ListBullet"/>
              <w:spacing w:after="20"/>
            </w:pPr>
            <w:r>
              <w:t>Leitungen verlegt, Schalter und Steckdosen gesetzt, Verteiler verdrahtet</w:t>
            </w:r>
          </w:p>
          <w:p>
            <w:pPr>
              <w:pStyle w:val="ListBullet"/>
              <w:spacing w:after="160"/>
            </w:pPr>
            <w:r>
              <w:t>Bei Fehlersuchen im Kundendienst mitgearbeitet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2017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Gesellenprüfung Elektroniker, Energie- und Gebäudetechnik</w:t>
            </w:r>
          </w:p>
          <w:p>
            <w:pPr>
              <w:spacing w:after="160"/>
            </w:pPr>
            <w:r>
              <w:rPr>
                <w:color w:val="6B6B66"/>
              </w:rPr>
              <w:t>Handwerkskammer Beispielstadt, Duale 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2011 – 2017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Fachoberschulreife</w:t>
            </w:r>
          </w:p>
          <w:p>
            <w:pPr>
              <w:spacing w:after="160"/>
            </w:pPr>
            <w:r>
              <w:rPr>
                <w:color w:val="6B6B66"/>
              </w:rPr>
              <w:t>Realschule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KNX-Grundkurs</w:t>
            </w:r>
          </w:p>
          <w:p>
            <w:pPr>
              <w:spacing w:after="160"/>
            </w:pPr>
            <w:r>
              <w:rPr>
                <w:color w:val="6B6B66"/>
              </w:rPr>
              <w:t>Beispiel Schulungszentrum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11/2024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Photovoltaik und Speichersysteme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05/2023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Unterweisung Hubarbeitsbühnen</w:t>
            </w:r>
          </w:p>
          <w:p>
            <w:pPr>
              <w:spacing w:after="160"/>
            </w:pPr>
            <w:r>
              <w:rPr>
                <w:color w:val="6B6B66"/>
              </w:rPr>
              <w:t>Beispiel Bildungswerk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Elektroinstallation, Messen und Prüfen, KNX mit ETS, Photovoltaik und Wallboxen, Fehlersuche, Stromlaufpläne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BE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hirezard.com/vorlagen/berufe/elektroniker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elektronik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Elektroniker/in für Energie- und Gebäudetechnik</dc:title>
  <dc:subject>Lebenslauf Elektroniker/in für Energie- und Gebäudetechnik,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