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Klaus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Hausmeister, gelernter Gas- und Wasserinstallateur</w:t>
      </w:r>
    </w:p>
    <w:p>
      <w:pPr>
        <w:spacing w:after="0"/>
      </w:pPr>
      <w:r>
        <w:rPr>
          <w:b w:val="0"/>
          <w:i w:val="0"/>
          <w:sz w:val="19"/>
        </w:rPr>
        <w:t>[Straße Hausnummer] · [PLZ] Nürnberg · [Telefonnummer] · klaus.beispiel@example.com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Gelernter Gas- und Wasserinstallateur mit acht Jahren Erfahrung als Hausmeister einer Wohnanlage. Erledigt Reparaturen selbst, behält Heizung und Aufzüge im Blick und koordiniert Fachfirmen. Freundlicher Ansprechpartner für die Mieterschaft.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05/2018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Hausmeister</w:t>
            </w:r>
          </w:p>
          <w:p>
            <w:r>
              <w:rPr>
                <w:color w:val="6B6B66"/>
              </w:rPr>
              <w:t>Wohnbau Beispiel eG, Nürnberg</w:t>
            </w:r>
          </w:p>
          <w:p>
            <w:pPr>
              <w:pStyle w:val="ListBullet"/>
              <w:spacing w:after="20"/>
            </w:pPr>
            <w:r>
              <w:t>Betreut eine Wohnanlage mit mehreren Häusern und ist Ansprechpartner für die Mieterinnen und Mieter</w:t>
            </w:r>
          </w:p>
          <w:p>
            <w:pPr>
              <w:pStyle w:val="ListBullet"/>
              <w:spacing w:after="20"/>
            </w:pPr>
            <w:r>
              <w:t>Repariert Türen, Schlösser, Armaturen und Spülkästen und tauscht Leuchtmittel</w:t>
            </w:r>
          </w:p>
          <w:p>
            <w:pPr>
              <w:pStyle w:val="ListBullet"/>
              <w:spacing w:after="20"/>
            </w:pPr>
            <w:r>
              <w:t>Kontrolliert Heizungsanlage und Aufzüge, meldet Störungen und begleitet die Fachfirmen</w:t>
            </w:r>
          </w:p>
          <w:p>
            <w:pPr>
              <w:pStyle w:val="ListBullet"/>
              <w:spacing w:after="160"/>
            </w:pPr>
            <w:r>
              <w:t>Pflegt die Außenanlagen und organisiert den Winterdienst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09/2005 – 04/2018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Monteur Sanitär und Heizung</w:t>
            </w:r>
          </w:p>
          <w:p>
            <w:r>
              <w:rPr>
                <w:color w:val="6B6B66"/>
              </w:rPr>
              <w:t>Musterinstallationen GmbH, Fürth</w:t>
            </w:r>
          </w:p>
          <w:p>
            <w:pPr>
              <w:pStyle w:val="ListBullet"/>
              <w:spacing w:after="20"/>
            </w:pPr>
            <w:r>
              <w:t>Installation und Wartung von Heizungs- und Sanitäranlagen in Wohngebäuden</w:t>
            </w:r>
          </w:p>
          <w:p>
            <w:pPr>
              <w:pStyle w:val="ListBullet"/>
              <w:spacing w:after="160"/>
            </w:pPr>
            <w:r>
              <w:t>Kundendienst und Notdienst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2019 – 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Weiterbildung Haustechniker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Bildungswerk, Berufsbegleitend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2002 – 2005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Gesellenprüfung Gas- und Wasserinstallateur</w:t>
            </w:r>
          </w:p>
          <w:p>
            <w:pPr>
              <w:spacing w:after="160"/>
            </w:pPr>
            <w:r>
              <w:rPr>
                <w:color w:val="6B6B66"/>
              </w:rPr>
              <w:t>Handwerkskammer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06/2020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Elektrofachkraft für festgelegte Tätigkeiten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Bildungswerk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09/2024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Brandschutzhelfer</w:t>
            </w:r>
          </w:p>
          <w:p>
            <w:pPr>
              <w:spacing w:after="160"/>
            </w:pPr>
            <w:r>
              <w:rPr>
                <w:color w:val="6B6B66"/>
              </w:rPr>
              <w:t>Beispiel Brandschutzschule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01/2025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Ersthelfer</w:t>
            </w:r>
          </w:p>
          <w:p>
            <w:pPr>
              <w:spacing w:after="160"/>
            </w:pPr>
            <w:r>
              <w:rPr>
                <w:color w:val="6B6B66"/>
              </w:rPr>
              <w:t>Beispiel Hilfsdienst e. V.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Sanitär und Heizung, Kleinreparaturen Holz und Metall, Koordination von Fachfirmen, Außenanlagen und Winterdienst, Digitale Mängeldokumentation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(A2)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B, BE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hirezard.com/vorlagen/berufe/hausmeister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hausmeist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Hausmeister/in</dc:title>
  <dc:subject>Lebenslauf Hausmeister/in,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