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39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2F1EC"/>
          </w:tcPr>
          <w:p>
            <w:r/>
            <w:r>
              <w:rPr>
                <w:i/>
                <w:color w:val="6B6B66"/>
                <w:sz w:val="17"/>
              </w:rPr>
              <w:t>Beispiel: Alle Angaben in dieser Vorlage sind erfunden. Ersetze die Texte und die Angaben in [eckigen Klammern] durch deine eigenen und lösche diesen Hinweis.</w:t>
            </w:r>
          </w:p>
        </w:tc>
      </w:tr>
    </w:tbl>
    <w:p>
      <w:pPr>
        <w:spacing w:after="40"/>
      </w:pPr>
    </w:p>
    <w:p>
      <w:pPr>
        <w:spacing w:after="0"/>
      </w:pPr>
      <w:r>
        <w:rPr>
          <w:b w:val="0"/>
          <w:i w:val="0"/>
          <w:color w:val="6B6B66"/>
          <w:sz w:val="20"/>
        </w:rPr>
        <w:t>Lebenslauf</w:t>
      </w:r>
    </w:p>
    <w:p>
      <w:pPr>
        <w:spacing w:after="40"/>
      </w:pPr>
      <w:r>
        <w:rPr>
          <w:b/>
          <w:i w:val="0"/>
          <w:sz w:val="44"/>
        </w:rPr>
        <w:t>Michael Beispiel</w:t>
      </w:r>
    </w:p>
    <w:p>
      <w:pPr>
        <w:spacing w:after="120"/>
      </w:pPr>
      <w:r>
        <w:rPr>
          <w:b w:val="0"/>
          <w:i w:val="0"/>
          <w:color w:val="6B6B66"/>
          <w:sz w:val="24"/>
        </w:rPr>
        <w:t>Industriemechaniker, Instandhaltung</w:t>
      </w:r>
    </w:p>
    <w:p>
      <w:pPr>
        <w:spacing w:after="0"/>
      </w:pPr>
      <w:r>
        <w:rPr>
          <w:b w:val="0"/>
          <w:i w:val="0"/>
          <w:sz w:val="19"/>
        </w:rPr>
        <w:t>[Straße Hausnummer] · [PLZ] Chemnitz · [Telefonnummer] · michael.beispiel@example.com</w:t>
      </w:r>
    </w:p>
    <w:p>
      <w:r>
        <w:rPr>
          <w:b w:val="0"/>
          <w:i w:val="0"/>
          <w:color w:val="6B6B66"/>
          <w:sz w:val="18"/>
        </w:rPr>
        <w:t>Geburtsdatum und Foto sind freiwillig: [optional]</w:t>
      </w:r>
    </w:p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KURZPROFIL</w:t>
      </w:r>
    </w:p>
    <w:p>
      <w:r>
        <w:rPr>
          <w:b w:val="0"/>
          <w:i w:val="0"/>
        </w:rPr>
        <w:t>Industriemechaniker mit sieben Jahren Erfahrung in der Instandhaltung eines Kunststoffwerks. Behebt Störungen an Spritzgießmaschinen und Peripherie eigenständig, mit Schweißprüfung und Kranschein. Möchte sich zum Industriemeister weiterbilden.</w:t>
      </w:r>
    </w:p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BERUFSERFAHRUNG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02/2019 – heute</w:t>
            </w:r>
          </w:p>
        </w:tc>
        <w:tc>
          <w:tcPr>
            <w:tcW w:type="dxa" w:w="7427"/>
          </w:tcPr>
          <w:p>
            <w:r>
              <w:rPr>
                <w:b/>
              </w:rPr>
              <w:t>Industriemechaniker Instandhaltung</w:t>
            </w:r>
          </w:p>
          <w:p>
            <w:r>
              <w:rPr>
                <w:color w:val="6B6B66"/>
              </w:rPr>
              <w:t>Musterplast GmbH, Chemnitz</w:t>
            </w:r>
          </w:p>
          <w:p>
            <w:pPr>
              <w:pStyle w:val="ListBullet"/>
              <w:spacing w:after="20"/>
            </w:pPr>
            <w:r>
              <w:t>Behebt Störungen an Spritzgießmaschinen, Handlingsystemen und Kühlanlagen im Dreischichtbetrieb</w:t>
            </w:r>
          </w:p>
          <w:p>
            <w:pPr>
              <w:pStyle w:val="ListBullet"/>
              <w:spacing w:after="20"/>
            </w:pPr>
            <w:r>
              <w:t>Führt vorbeugende Wartungen nach Plan durch und dokumentiert sie im Instandhaltungssystem</w:t>
            </w:r>
          </w:p>
          <w:p>
            <w:pPr>
              <w:pStyle w:val="ListBullet"/>
              <w:spacing w:after="20"/>
            </w:pPr>
            <w:r>
              <w:t>Fertigt Ersatzteile an Dreh- und Fräsmaschinen und schweißt Halterungen und Gestelle</w:t>
            </w:r>
          </w:p>
          <w:p>
            <w:pPr>
              <w:pStyle w:val="ListBullet"/>
              <w:spacing w:after="160"/>
            </w:pPr>
            <w:r>
              <w:t>Arbeitet neue Kollegen in der Instandhaltung ein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02/2017 – 01/2019</w:t>
            </w:r>
          </w:p>
        </w:tc>
        <w:tc>
          <w:tcPr>
            <w:tcW w:type="dxa" w:w="7427"/>
          </w:tcPr>
          <w:p>
            <w:r>
              <w:rPr>
                <w:b/>
              </w:rPr>
              <w:t>Industriemechaniker Montage</w:t>
            </w:r>
          </w:p>
          <w:p>
            <w:r>
              <w:rPr>
                <w:color w:val="6B6B66"/>
              </w:rPr>
              <w:t>Beispiel Anlagenbau AG, Chemnitz</w:t>
            </w:r>
          </w:p>
          <w:p>
            <w:pPr>
              <w:pStyle w:val="ListBullet"/>
              <w:spacing w:after="20"/>
            </w:pPr>
            <w:r>
              <w:t>Baugruppen für Förderanlagen nach Zeichnung montiert und eingestellt</w:t>
            </w:r>
          </w:p>
          <w:p>
            <w:pPr>
              <w:pStyle w:val="ListBullet"/>
              <w:spacing w:after="160"/>
            </w:pPr>
            <w:r>
              <w:t>Bei Inbetriebnahmen in Kundenwerken mitgearbeitet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AUSBILDUNG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2013 – 2017</w:t>
            </w:r>
          </w:p>
        </w:tc>
        <w:tc>
          <w:tcPr>
            <w:tcW w:type="dxa" w:w="7427"/>
          </w:tcPr>
          <w:p>
            <w:r>
              <w:rPr>
                <w:b/>
              </w:rPr>
              <w:t>Abschluss Industriemechaniker (IHK), Einsatzgebiet Instandhaltung</w:t>
            </w:r>
          </w:p>
          <w:p>
            <w:pPr>
              <w:spacing w:after="160"/>
            </w:pPr>
            <w:r>
              <w:rPr>
                <w:color w:val="6B6B66"/>
              </w:rPr>
              <w:t>Berufsschulzentrum Beispielstadt, Duale Ausbildung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2007 – 2013</w:t>
            </w:r>
          </w:p>
        </w:tc>
        <w:tc>
          <w:tcPr>
            <w:tcW w:type="dxa" w:w="7427"/>
          </w:tcPr>
          <w:p>
            <w:r>
              <w:rPr>
                <w:b/>
              </w:rPr>
              <w:t>Realschulabschluss</w:t>
            </w:r>
          </w:p>
          <w:p>
            <w:pPr>
              <w:spacing w:after="160"/>
            </w:pPr>
            <w:r>
              <w:rPr>
                <w:color w:val="6B6B66"/>
              </w:rPr>
              <w:t>Oberschule Beispielstadt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WEITERBILDUNGEN UND NACHWEISE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04/2025</w:t>
            </w:r>
          </w:p>
        </w:tc>
        <w:tc>
          <w:tcPr>
            <w:tcW w:type="dxa" w:w="7427"/>
          </w:tcPr>
          <w:p>
            <w:r>
              <w:rPr>
                <w:b/>
              </w:rPr>
              <w:t>Schweißerprüfung MAG nach DIN EN ISO 9606-1</w:t>
            </w:r>
          </w:p>
          <w:p>
            <w:pPr>
              <w:spacing w:after="160"/>
            </w:pPr>
            <w:r>
              <w:rPr>
                <w:color w:val="6B6B66"/>
              </w:rPr>
              <w:t>Beispiel Schweißtechnik Lehranstalt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06/2020</w:t>
            </w:r>
          </w:p>
        </w:tc>
        <w:tc>
          <w:tcPr>
            <w:tcW w:type="dxa" w:w="7427"/>
          </w:tcPr>
          <w:p>
            <w:r>
              <w:rPr>
                <w:b/>
              </w:rPr>
              <w:t>Unterweisung Krane</w:t>
            </w:r>
          </w:p>
          <w:p>
            <w:pPr>
              <w:spacing w:after="160"/>
            </w:pPr>
            <w:r>
              <w:rPr>
                <w:color w:val="6B6B66"/>
              </w:rPr>
              <w:t>Musterplast GmbH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09/2019</w:t>
            </w:r>
          </w:p>
        </w:tc>
        <w:tc>
          <w:tcPr>
            <w:tcW w:type="dxa" w:w="7427"/>
          </w:tcPr>
          <w:p>
            <w:r>
              <w:rPr>
                <w:b/>
              </w:rPr>
              <w:t>Fahrausweis für Flurförderzeuge</w:t>
            </w:r>
          </w:p>
          <w:p>
            <w:pPr>
              <w:spacing w:after="160"/>
            </w:pPr>
            <w:r>
              <w:rPr>
                <w:color w:val="6B6B66"/>
              </w:rPr>
              <w:t>Beispiel Bildungszentrum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KENNTNISSE</w:t>
      </w:r>
    </w:p>
    <w:tbl>
      <w:tblPr>
        <w:tblW w:type="dxa" w:w="9639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Fachlich</w:t>
            </w:r>
          </w:p>
        </w:tc>
        <w:tc>
          <w:tcPr>
            <w:tcW w:type="dxa" w:w="7427"/>
          </w:tcPr>
          <w:p>
            <w:r>
              <w:t>Instandhaltung, Pneumatik und Hydraulik, Drehen und Fräsen, MAG-Schweißen, Technische Zeichnungen, Steuerungen, Grundlagen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Sprachen</w:t>
            </w:r>
          </w:p>
        </w:tc>
        <w:tc>
          <w:tcPr>
            <w:tcW w:type="dxa" w:w="7427"/>
          </w:tcPr>
          <w:p>
            <w:r>
              <w:t>Deutsch (Muttersprache), Englisch (A2)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Führerschein</w:t>
            </w:r>
          </w:p>
        </w:tc>
        <w:tc>
          <w:tcPr>
            <w:tcW w:type="dxa" w:w="7427"/>
          </w:tcPr>
          <w:p>
            <w:r>
              <w:t>B · Staplerschein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Weiteres</w:t>
            </w:r>
          </w:p>
        </w:tc>
        <w:tc>
          <w:tcPr>
            <w:tcW w:type="dxa" w:w="7427"/>
          </w:tcPr>
          <w:p>
            <w:r>
              <w:t>[Weiterbildung, Kurs oder Nachweis, Jahr]</w:t>
            </w:r>
          </w:p>
        </w:tc>
      </w:tr>
    </w:tbl>
    <w:p>
      <w:pPr>
        <w:spacing w:before="320"/>
      </w:pPr>
      <w:r>
        <w:rPr>
          <w:b w:val="0"/>
          <w:i w:val="0"/>
          <w:color w:val="6B6B66"/>
        </w:rPr>
        <w:t>[Ort], [Datum]</w:t>
      </w:r>
    </w:p>
    <w:p>
      <w:r>
        <w:rPr>
          <w:b w:val="0"/>
          <w:i w:val="0"/>
          <w:color w:val="6B6B66"/>
          <w:sz w:val="18"/>
        </w:rPr>
        <w:t>[Unterschrift, bei Versand per E-Mail oder Portal nicht nötig]</w:t>
      </w:r>
    </w:p>
    <w:p>
      <w:pPr>
        <w:spacing w:before="360"/>
      </w:pPr>
      <w:r>
        <w:rPr>
          <w:b w:val="0"/>
          <w:i w:val="0"/>
          <w:color w:val="6B6B66"/>
          <w:sz w:val="17"/>
        </w:rPr>
        <w:t xml:space="preserve">Diesen Lebenslauf in 32 Designs gestalten und mit dem KI-Coach an deine Stelle anpassen: </w:t>
      </w:r>
      <w:hyperlink r:id="rId10">
        <w:r>
          <w:rPr>
            <w:color w:val="6B6B66"/>
            <w:sz w:val="17"/>
            <w:u w:val="single"/>
          </w:rPr>
          <w:t>hirezard.com/vorlagen/berufe/industriemechaniker</w:t>
        </w:r>
      </w:hyperlink>
    </w:p>
    <w:sectPr w:rsidR="00FC693F" w:rsidRPr="0006063C" w:rsidSect="00034616">
      <w:footerReference w:type="default" r:id="rId9"/>
      <w:pgSz w:w="11906" w:h="16838"/>
      <w:pgMar w:top="1134" w:right="1134" w:bottom="1417" w:left="1134" w:header="72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6B66"/>
        <w:sz w:val="16"/>
      </w:rPr>
      <w:t xml:space="preserve">Vorlage von hirezard.com · Schneller geht es mit Hirezard: </w:t>
    </w:r>
    <w:hyperlink r:id="rId1">
      <w:r>
        <w:rPr>
          <w:color w:val="6B6B66"/>
          <w:sz w:val="16"/>
          <w:u w:val="single"/>
        </w:rPr>
        <w:t>hirezard.com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Arial" w:hAnsi="Arial" w:eastAsia="Arial"/>
      <w:color w:val="1A1A1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hirezard.com/vorlagen/berufe/industriemechaniker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hirezard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Lebenslauf Vorlage Industriemechaniker/in</dc:title>
  <dc:subject>Lebenslauf Industriemechaniker/in, Beispiel mit Platzhaltern</dc:subject>
  <dc:creator>hirezard.com</dc:creator>
  <cp:keywords>Vorlage, Bewerbung, hirezard.com</cp:keywords>
  <dc:description>Vorlage von hirezard.com. Schneller geht es mit Hirezard: Lebenslauf und Anschreiben mit dem KI-Coach erstellen, in 32 Designs, auf hirezard.com</dc:description>
  <cp:lastModifiedBy>hirezard.com</cp:lastModifiedBy>
  <cp:revision>1</cp:revision>
  <dcterms:created xsi:type="dcterms:W3CDTF">2026-10-21T09:00:00Z</dcterms:created>
  <dcterms:modified xsi:type="dcterms:W3CDTF">2026-10-21T09:00:00Z</dcterms:modified>
  <cp:category>Bewerbungsvorlage</cp:category>
  <dc:language>de-DE</dc:language>
</cp:coreProperties>
</file>