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Piotr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Produktionshelfer</w:t>
      </w:r>
    </w:p>
    <w:p>
      <w:pPr>
        <w:spacing w:after="0"/>
      </w:pPr>
      <w:r>
        <w:rPr>
          <w:b w:val="0"/>
          <w:i w:val="0"/>
          <w:sz w:val="19"/>
        </w:rPr>
        <w:t>[Straße Hausnummer] · [PLZ] Bremen · [Telefonnummer] · piotr.beispiel@example.com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Produktionshelfer mit fünf Jahren Erfahrung in der Metallbearbeitung und Kunststofffertigung. Bestückt und überwacht Maschinen, prüft Teile nach Vorgabe und arbeitet sicher im Dreischichtbetrieb. Strebt die Ausbildung zum Maschinen- und Anlagenführer an.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04/2023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Produktionshelfer Kunststofffertigung</w:t>
            </w:r>
          </w:p>
          <w:p>
            <w:r>
              <w:rPr>
                <w:color w:val="6B6B66"/>
              </w:rPr>
              <w:t>Musterplast Nord GmbH, Bremen</w:t>
            </w:r>
          </w:p>
          <w:p>
            <w:pPr>
              <w:pStyle w:val="ListBullet"/>
              <w:spacing w:after="20"/>
            </w:pPr>
            <w:r>
              <w:t>Überwacht drei Spritzgießmaschinen, entnimmt Teile und prüft sie nach Prüfplan</w:t>
            </w:r>
          </w:p>
          <w:p>
            <w:pPr>
              <w:pStyle w:val="ListBullet"/>
              <w:spacing w:after="20"/>
            </w:pPr>
            <w:r>
              <w:t>Meldet Störungen an den Einrichter und hilft beim Werkzeugwechsel</w:t>
            </w:r>
          </w:p>
          <w:p>
            <w:pPr>
              <w:pStyle w:val="ListBullet"/>
              <w:spacing w:after="20"/>
            </w:pPr>
            <w:r>
              <w:t>Erfasst Stückzahlen und Ausschuss am Terminal</w:t>
            </w:r>
          </w:p>
          <w:p>
            <w:pPr>
              <w:pStyle w:val="ListBullet"/>
              <w:spacing w:after="160"/>
            </w:pPr>
            <w:r>
              <w:t>Bewegt Paletten mit dem Gabelstapler zwischen Fertigung und Lager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03/2021 – 03/2023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Produktionshelfer über Personaldienstleister</w:t>
            </w:r>
          </w:p>
          <w:p>
            <w:r>
              <w:rPr>
                <w:color w:val="6B6B66"/>
              </w:rPr>
              <w:t>Beispiel Personalservice GmbH, Bremen</w:t>
            </w:r>
          </w:p>
          <w:p>
            <w:pPr>
              <w:pStyle w:val="ListBullet"/>
              <w:spacing w:after="20"/>
            </w:pPr>
            <w:r>
              <w:t>Einsatz bei einem Metallverarbeiter: Teile entgratet, gebohrt und an der Stanzmaschine bestückt</w:t>
            </w:r>
          </w:p>
          <w:p>
            <w:pPr>
              <w:pStyle w:val="ListBullet"/>
              <w:spacing w:after="160"/>
            </w:pPr>
            <w:r>
              <w:t>Einsatz in der Verpackung: Produkte kommissioniert und verpackt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10/2019 – 02/2021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Lagerhelfer</w:t>
            </w:r>
          </w:p>
          <w:p>
            <w:r>
              <w:rPr>
                <w:color w:val="6B6B66"/>
              </w:rPr>
              <w:t>Muster Getränkehandel KG, Bremen</w:t>
            </w:r>
          </w:p>
          <w:p>
            <w:pPr>
              <w:pStyle w:val="ListBullet"/>
              <w:spacing w:after="160"/>
            </w:pPr>
            <w:r>
              <w:t>Ware angenommen, Leergut sortiert, Lieferungen vorbereitet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2013 – 2017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Berufsschulabschluss</w:t>
            </w:r>
          </w:p>
          <w:p>
            <w:pPr>
              <w:spacing w:after="160"/>
            </w:pPr>
            <w:r>
              <w:rPr>
                <w:color w:val="6B6B66"/>
              </w:rPr>
              <w:t>Beispiel Technikum, Polen, Schwerpunkt Mechanik, Anerkennung in Deutschland noch nicht beantragt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05/2022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Fahrausweis für Flurförderzeuge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Bildungszentrum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12/2020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Deutschkurs B1</w:t>
            </w:r>
          </w:p>
          <w:p>
            <w:pPr>
              <w:spacing w:after="160"/>
            </w:pPr>
            <w:r>
              <w:rPr>
                <w:color w:val="6B6B66"/>
              </w:rPr>
              <w:t>Beispiel Sprachschule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Maschinen bestücken und überwachen, Teileprüfung nach Prüfplan, Entgraten und Bohren, Gabelstapler, Verpacken und Kommissionieren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Polnisch (Muttersprache), Deutsch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 · Staplerschein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hirezard.com/vorlagen/berufe/produktionshelfer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produktionshelf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Produktionshelfer/in</dc:title>
  <dc:subject>Lebenslauf Produktionshelfer/in,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