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Christian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Vertriebsmitarbeiter im Außendienst</w:t>
      </w:r>
    </w:p>
    <w:p>
      <w:pPr>
        <w:spacing w:after="0"/>
      </w:pPr>
      <w:r>
        <w:rPr>
          <w:b w:val="0"/>
          <w:i w:val="0"/>
          <w:sz w:val="19"/>
        </w:rPr>
        <w:t>[Straße Hausnummer] · [PLZ] Essen · [Telefonnummer] · christian.beispiel@example.com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Vertriebsmitarbeiter im Außendienst mit sechs Jahren Erfahrung in der Betreuung von Fachhändlern und Handwerksbetrieben für Befestigungstechnik. Plant sein Gebiet selbst, pflegt das CRM gewissenhaft und gewinnt Neukunden mit fachlicher Beratung.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01/2021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Gebietsverkaufsleiter Nordrhein-Westfalen</w:t>
            </w:r>
          </w:p>
          <w:p>
            <w:r>
              <w:rPr>
                <w:color w:val="6B6B66"/>
              </w:rPr>
              <w:t>Beispiel Befestigungstechnik GmbH, Essen</w:t>
            </w:r>
          </w:p>
          <w:p>
            <w:pPr>
              <w:pStyle w:val="ListBullet"/>
              <w:spacing w:after="20"/>
            </w:pPr>
            <w:r>
              <w:t>Betreut Fachhändler und Handwerksbetriebe im Ruhrgebiet und am Niederrhein</w:t>
            </w:r>
          </w:p>
          <w:p>
            <w:pPr>
              <w:pStyle w:val="ListBullet"/>
              <w:spacing w:after="20"/>
            </w:pPr>
            <w:r>
              <w:t>Hat in vier Jahren in Folge die Jahresziele des Gebiets erreicht</w:t>
            </w:r>
          </w:p>
          <w:p>
            <w:pPr>
              <w:pStyle w:val="ListBullet"/>
              <w:spacing w:after="20"/>
            </w:pPr>
            <w:r>
              <w:t>Baute zwölf neue Händlerkunden auf und schulte deren Verkaufspersonal</w:t>
            </w:r>
          </w:p>
          <w:p>
            <w:pPr>
              <w:pStyle w:val="ListBullet"/>
              <w:spacing w:after="160"/>
            </w:pPr>
            <w:r>
              <w:t>Dokumentiert Besuche, Angebote und Aufträge in Salesforce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09/2018 – 12/2020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Vertriebsinnendienst</w:t>
            </w:r>
          </w:p>
          <w:p>
            <w:r>
              <w:rPr>
                <w:color w:val="6B6B66"/>
              </w:rPr>
              <w:t>Beispiel Befestigungstechnik GmbH, Essen</w:t>
            </w:r>
          </w:p>
          <w:p>
            <w:pPr>
              <w:pStyle w:val="ListBullet"/>
              <w:spacing w:after="160"/>
            </w:pPr>
            <w:r>
              <w:t>Erstellte Angebote, bearbeitete Aufträge und betreute Kunden telefonisch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08/2015 – 08/2018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Kaufmann im Groß- und Außenhandel</w:t>
            </w:r>
          </w:p>
          <w:p>
            <w:r>
              <w:rPr>
                <w:color w:val="6B6B66"/>
              </w:rPr>
              <w:t>Musterhandel Baubedarf KG, Bochum</w:t>
            </w:r>
          </w:p>
          <w:p>
            <w:pPr>
              <w:pStyle w:val="ListBullet"/>
              <w:spacing w:after="160"/>
            </w:pPr>
            <w:r>
              <w:t>Ausbildung und Übernahme im Verkauf an Gewerbekunden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2019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Geprüfter Wirtschaftsfachwirt (IHK), berufsbegleitend</w:t>
            </w:r>
          </w:p>
          <w:p>
            <w:pPr>
              <w:spacing w:after="160"/>
            </w:pPr>
            <w:r>
              <w:rPr>
                <w:color w:val="6B6B66"/>
              </w:rPr>
              <w:t>Beispiel IHK-Akademie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2015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Fachabitur Wirtschaft</w:t>
            </w:r>
          </w:p>
          <w:p>
            <w:pPr>
              <w:spacing w:after="160"/>
            </w:pPr>
            <w:r>
              <w:rPr>
                <w:color w:val="6B6B66"/>
              </w:rPr>
              <w:t>Beispiel Berufskolleg Essen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Seminar Verhandlungsführung im Vertrieb</w:t>
            </w:r>
          </w:p>
          <w:p>
            <w:pPr>
              <w:spacing w:after="160"/>
            </w:pPr>
            <w:r>
              <w:rPr>
                <w:color w:val="6B6B66"/>
              </w:rPr>
              <w:t>Beispiel Vertriebsakademie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Produktschulung Dübeltechnik</w:t>
            </w:r>
          </w:p>
          <w:p>
            <w:pPr>
              <w:spacing w:after="160"/>
            </w:pPr>
            <w:r>
              <w:rPr>
                <w:color w:val="6B6B66"/>
              </w:rPr>
              <w:t>Beispiel Befestigungstechnik GmbH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Kundenbetreuung, Neukundengewinnung, Salesforce CRM, Angebotskalkulation, Präsentation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hirezard.com/vorlagen/berufe/vertrieb-aussendienst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vertrieb-aussendienst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Vertriebsmitarbeiter/in im Außendienst</dc:title>
  <dc:subject>Lebenslauf Vertriebsmitarbeiter/in im Außendienst,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