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413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800"/>
      </w:pPr>
    </w:p>
    <w:p>
      <w:pPr>
        <w:spacing w:after="80"/>
      </w:pPr>
      <w:r>
        <w:rPr>
          <w:b/>
          <w:i w:val="0"/>
          <w:color w:val="1F4E79"/>
          <w:sz w:val="80"/>
        </w:rPr>
        <w:t>Bewerbung</w:t>
      </w:r>
    </w:p>
    <w:p>
      <w:pPr>
        <w:spacing w:after="40"/>
      </w:pPr>
      <w:r>
        <w:rPr>
          <w:b w:val="0"/>
          <w:i w:val="0"/>
          <w:sz w:val="36"/>
        </w:rPr>
        <w:t>als [Stellentitel]</w:t>
      </w:r>
    </w:p>
    <w:p>
      <w:pPr>
        <w:spacing w:after="80"/>
      </w:pPr>
      <w:r>
        <w:rPr>
          <w:b w:val="0"/>
          <w:i w:val="0"/>
          <w:color w:val="6B6B66"/>
          <w:sz w:val="36"/>
        </w:rPr>
        <w:t>bei [Firma]</w:t>
      </w:r>
    </w:p>
    <w:p>
      <w:pPr>
        <w:spacing w:after="720"/>
      </w:pPr>
      <w:r>
        <w:rPr>
          <w:b w:val="0"/>
          <w:i w:val="0"/>
          <w:color w:val="6B6B66"/>
          <w:sz w:val="20"/>
        </w:rPr>
        <w:t>Kennziffer: [Kennziffer, falls angegeben]</w:t>
      </w:r>
    </w:p>
    <w:tbl>
      <w:tblPr>
        <w:tblW w:type="dxa" w:w="9412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6576"/>
      </w:tblGrid>
      <w:tr>
        <w:tc>
          <w:tcPr>
            <w:tcW w:type="dxa" w:w="2835"/>
            <w:tcBorders>
              <w:top w:val="single" w:sz="6" w:color="9A9A94"/>
              <w:left w:val="single" w:sz="6" w:color="9A9A94"/>
              <w:bottom w:val="single" w:sz="6" w:color="9A9A94"/>
              <w:right w:val="single" w:sz="6" w:color="9A9A94"/>
            </w:tcBorders>
          </w:tcPr>
          <w:p/>
          <w:p/>
          <w:p/>
          <w:p/>
          <w:p/>
          <w:p/>
          <w:p>
            <w:pPr>
              <w:jc w:val="center"/>
            </w:pPr>
            <w:r>
              <w:rPr>
                <w:color w:val="6B6B66"/>
                <w:sz w:val="18"/>
              </w:rPr>
              <w:t>Foto (freiwillig)</w:t>
            </w:r>
          </w:p>
          <w:p/>
          <w:p/>
          <w:p/>
          <w:p/>
          <w:p/>
        </w:tc>
        <w:tc>
          <w:tcPr>
            <w:tcW w:type="dxa" w:w="6576"/>
          </w:tcPr>
          <w:p>
            <w:r>
              <w:rPr>
                <w:b/>
                <w:sz w:val="36"/>
              </w:rPr>
              <w:t>Lena Beispiel</w:t>
            </w:r>
          </w:p>
          <w:p>
            <w:r>
              <w:rPr>
                <w:sz w:val="22"/>
              </w:rPr>
              <w:t>Kauffrau für Büromanagement</w:t>
            </w:r>
          </w:p>
          <w:p/>
          <w:p>
            <w:r>
              <w:rPr>
                <w:sz w:val="22"/>
              </w:rPr>
              <w:t>[Straße Hausnummer]</w:t>
            </w:r>
          </w:p>
          <w:p>
            <w:r>
              <w:rPr>
                <w:sz w:val="22"/>
              </w:rPr>
              <w:t>[PLZ Ort]</w:t>
            </w:r>
          </w:p>
          <w:p>
            <w:r>
              <w:rPr>
                <w:sz w:val="22"/>
              </w:rPr>
              <w:t>[Telefonnummer]</w:t>
            </w:r>
          </w:p>
          <w:p>
            <w:r>
              <w:rPr>
                <w:sz w:val="22"/>
              </w:rPr>
              <w:t>lena.beispiel@example.com</w:t>
            </w:r>
          </w:p>
        </w:tc>
      </w:tr>
    </w:tbl>
    <w:p>
      <w:pPr>
        <w:spacing w:after="800"/>
      </w:pPr>
    </w:p>
    <w:p>
      <w:pPr>
        <w:pBdr>
          <w:bottom w:val="single" w:sz="6" w:space="1" w:color="1F4E79"/>
        </w:pBdr>
        <w:spacing w:after="80" w:before="240"/>
      </w:pPr>
      <w:r>
        <w:rPr>
          <w:b/>
          <w:i w:val="0"/>
          <w:color w:val="1F4E79"/>
          <w:sz w:val="22"/>
        </w:rPr>
        <w:t>INHALT</w:t>
      </w:r>
    </w:p>
    <w:p>
      <w:pPr>
        <w:pStyle w:val="ListBullet"/>
      </w:pPr>
      <w:r>
        <w:t>Anschreiben</w:t>
      </w:r>
    </w:p>
    <w:p>
      <w:pPr>
        <w:pStyle w:val="ListBullet"/>
      </w:pPr>
      <w:r>
        <w:t>Lebenslauf</w:t>
      </w:r>
    </w:p>
    <w:p>
      <w:pPr>
        <w:pStyle w:val="ListBullet"/>
      </w:pPr>
      <w:r>
        <w:t>Arbeitszeugnisse</w:t>
      </w:r>
    </w:p>
    <w:p>
      <w:pPr>
        <w:pStyle w:val="ListBullet"/>
      </w:pPr>
      <w:r>
        <w:t>Ausbildungszeugnis</w:t>
      </w:r>
    </w:p>
    <w:p>
      <w:pPr>
        <w:pStyle w:val="ListBullet"/>
      </w:pPr>
      <w:r>
        <w:t>[Zertifikate, Bescheinigungen]</w:t>
      </w:r>
    </w:p>
    <w:sectPr w:rsidR="00FC693F" w:rsidRPr="0006063C" w:rsidSect="00034616">
      <w:footerReference w:type="default" r:id="rId9"/>
      <w:pgSz w:w="11906" w:h="16838"/>
      <w:pgMar w:top="1417" w:right="1247" w:bottom="1417" w:left="1247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Bewerbung Vorlage</dc:title>
  <dc:subject>Deckblatt für eine Bewerbungsmappe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