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087"/>
        <w:gridCol w:w="2551"/>
      </w:tblGrid>
      <w:tr>
        <w:tc>
          <w:tcPr>
            <w:tcW w:type="dxa" w:w="7087"/>
          </w:tcPr>
          <w:p>
            <w:r>
              <w:rPr>
                <w:color w:val="6B6B66"/>
                <w:sz w:val="20"/>
              </w:rPr>
              <w:t>Lebenslauf</w:t>
            </w:r>
          </w:p>
          <w:p>
            <w:r>
              <w:rPr>
                <w:b/>
                <w:sz w:val="44"/>
              </w:rPr>
              <w:t>Mia Beispiel</w:t>
            </w:r>
          </w:p>
          <w:p>
            <w:r>
              <w:rPr>
                <w:sz w:val="20"/>
              </w:rPr>
              <w:t>[Straße Hausnummer], [PLZ Ort]</w:t>
            </w:r>
          </w:p>
          <w:p>
            <w:r>
              <w:rPr>
                <w:sz w:val="20"/>
              </w:rPr>
              <w:t>[Telefonnummer]</w:t>
            </w:r>
          </w:p>
          <w:p>
            <w:r>
              <w:rPr>
                <w:sz w:val="20"/>
              </w:rPr>
              <w:t>mia.beispiel@example.com</w:t>
            </w:r>
          </w:p>
          <w:p>
            <w:r>
              <w:rPr>
                <w:sz w:val="20"/>
              </w:rPr>
              <w:t>Geburtsdatum: [optional]</w:t>
            </w:r>
          </w:p>
        </w:tc>
        <w:tc>
          <w:tcPr>
            <w:tcW w:type="dxa" w:w="2551"/>
            <w:tcBorders>
              <w:top w:val="single" w:sz="6" w:color="9A9A94"/>
              <w:left w:val="single" w:sz="6" w:color="9A9A94"/>
              <w:bottom w:val="single" w:sz="6" w:color="9A9A94"/>
              <w:right w:val="single" w:sz="6" w:color="9A9A94"/>
            </w:tcBorders>
          </w:tcPr>
          <w:p>
            <w:pPr>
              <w:jc w:val="center"/>
            </w:pPr>
          </w:p>
          <w:p/>
          <w:p/>
          <w:p/>
          <w:p>
            <w:pPr>
              <w:jc w:val="center"/>
            </w:pPr>
            <w:r>
              <w:rPr>
                <w:color w:val="6B6B66"/>
                <w:sz w:val="18"/>
              </w:rPr>
              <w:t>Foto (freiwillig)</w:t>
            </w:r>
          </w:p>
          <w:p/>
          <w:p/>
          <w:p/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ZIEL</w:t>
      </w:r>
    </w:p>
    <w:p>
      <w:r>
        <w:rPr>
          <w:b w:val="0"/>
          <w:i w:val="0"/>
        </w:rPr>
        <w:t>Ausbildung zur Kauffrau im Einzelhandel ab [Monat Jahr] bei [Firma].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SCHULBILDUNG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08/2020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Realschule Beispielstadt</w:t>
            </w:r>
          </w:p>
          <w:p>
            <w:r>
              <w:rPr>
                <w:color w:val="6B6B66"/>
              </w:rPr>
              <w:t>Voraussichtlicher Abschluss: Mittlere Reife, 07/2026</w:t>
            </w:r>
          </w:p>
          <w:p>
            <w:pPr>
              <w:pStyle w:val="ListBullet"/>
              <w:spacing w:after="160"/>
            </w:pPr>
            <w:r>
              <w:t>Lieblingsfächer: Mathematik, Wirtschaft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08/2016 – 07/2020</w:t>
            </w:r>
          </w:p>
        </w:tc>
        <w:tc>
          <w:tcPr>
            <w:tcW w:type="dxa" w:w="7427"/>
          </w:tcPr>
          <w:p>
            <w:pPr>
              <w:spacing w:after="160"/>
            </w:pPr>
            <w:r>
              <w:rPr>
                <w:b/>
              </w:rPr>
              <w:t>Grundschule am Beispielweg, [Ort]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PRAKTIKA UND NEBENJOB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02/2025, 2 Wochen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Schülerpraktikum im Supermarkt</w:t>
            </w:r>
          </w:p>
          <w:p>
            <w:r>
              <w:rPr>
                <w:color w:val="6B6B66"/>
              </w:rPr>
              <w:t>Beispielmarkt, [Ort]</w:t>
            </w:r>
          </w:p>
          <w:p>
            <w:pPr>
              <w:pStyle w:val="ListBullet"/>
              <w:spacing w:after="160"/>
            </w:pPr>
            <w:r>
              <w:t>Ware eingeräumt, Kundinnen den Weg zu Produkten gezeigt, beim Kassenabschluss zugeschaut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seit 09/2024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Minijob Zeitungszustellung</w:t>
            </w:r>
          </w:p>
          <w:p>
            <w:r>
              <w:rPr>
                <w:color w:val="6B6B66"/>
              </w:rPr>
              <w:t>[Ort], samstags</w:t>
            </w:r>
          </w:p>
          <w:p>
            <w:pPr>
              <w:pStyle w:val="ListBullet"/>
              <w:spacing w:after="160"/>
            </w:pPr>
            <w:r>
              <w:t>Zuverlässig jede Woche, auch bei schlechtem Wetter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Computer</w:t>
            </w:r>
          </w:p>
        </w:tc>
        <w:tc>
          <w:tcPr>
            <w:tcW w:type="dxa" w:w="7427"/>
          </w:tcPr>
          <w:p>
            <w:r>
              <w:t>Word und PowerPoint (gut), Excel (Grundkenntnisse)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(Schulkenntnisse), [weitere Sprache]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ENGAGEMENT UND INTERESSEN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Ehrenamt</w:t>
            </w:r>
          </w:p>
        </w:tc>
        <w:tc>
          <w:tcPr>
            <w:tcW w:type="dxa" w:w="7427"/>
          </w:tcPr>
          <w:p>
            <w:r>
              <w:t>Trainerhelferin in der Fußball-Jugend, [Verein], seit 2023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Interessen</w:t>
            </w:r>
          </w:p>
        </w:tc>
        <w:tc>
          <w:tcPr>
            <w:tcW w:type="dxa" w:w="7427"/>
          </w:tcPr>
          <w:p>
            <w:r>
              <w:t>Fotografie, Kochen für die Familie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Ausbildung</dc:title>
  <dc:subject>Lebenslauf für die Bewerbung um einen Ausbildungsplatz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